
<file path=[Content_Types].xml><?xml version="1.0" encoding="utf-8"?>
<Types xmlns="http://schemas.openxmlformats.org/package/2006/content-types">
  <Default Extension="pn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2AC453" w14:textId="77777777" w:rsidR="007E7DCB" w:rsidRDefault="00D10326">
      <w:pPr>
        <w:spacing w:after="0"/>
        <w:jc w:val="center"/>
      </w:pPr>
      <w:r>
        <w:rPr>
          <w:b/>
          <w:color w:val="1F4E79"/>
          <w:sz w:val="26"/>
        </w:rPr>
        <w:t>NOAMA SECTION FUNDING</w:t>
      </w:r>
    </w:p>
    <w:p w14:paraId="15BA8783" w14:textId="77777777" w:rsidR="007E7DCB" w:rsidRDefault="00D10326">
      <w:pPr>
        <w:spacing w:after="0"/>
        <w:jc w:val="center"/>
      </w:pPr>
      <w:r>
        <w:rPr>
          <w:b/>
          <w:sz w:val="22"/>
        </w:rPr>
        <w:t>Section Funding Final Report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96"/>
        <w:gridCol w:w="6983"/>
      </w:tblGrid>
      <w:tr w:rsidR="007E7DCB" w14:paraId="5875EB50" w14:textId="77777777">
        <w:trPr>
          <w:jc w:val="center"/>
        </w:trPr>
        <w:tc>
          <w:tcPr>
            <w:tcW w:w="309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E7E6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FED5A86" w14:textId="77777777" w:rsidR="007E7DCB" w:rsidRDefault="00D10326">
            <w:pPr>
              <w:spacing w:after="0"/>
            </w:pPr>
            <w:r>
              <w:rPr>
                <w:b/>
                <w:color w:val="000000"/>
              </w:rPr>
              <w:t>Section</w:t>
            </w:r>
          </w:p>
        </w:tc>
        <w:tc>
          <w:tcPr>
            <w:tcW w:w="6983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FB6876B" w14:textId="77777777" w:rsidR="007E7DCB" w:rsidRDefault="007E7DCB">
            <w:pPr>
              <w:spacing w:after="0"/>
            </w:pPr>
          </w:p>
        </w:tc>
      </w:tr>
      <w:tr w:rsidR="007E7DCB" w14:paraId="3DA909AB" w14:textId="77777777">
        <w:trPr>
          <w:jc w:val="center"/>
        </w:trPr>
        <w:tc>
          <w:tcPr>
            <w:tcW w:w="309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E7E6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ED134EE" w14:textId="77777777" w:rsidR="007E7DCB" w:rsidRDefault="00D10326">
            <w:pPr>
              <w:spacing w:after="0"/>
            </w:pPr>
            <w:r>
              <w:rPr>
                <w:b/>
                <w:color w:val="000000"/>
              </w:rPr>
              <w:t>Event / Initiative</w:t>
            </w:r>
          </w:p>
        </w:tc>
        <w:tc>
          <w:tcPr>
            <w:tcW w:w="6983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AE85245" w14:textId="77777777" w:rsidR="007E7DCB" w:rsidRDefault="007E7DCB">
            <w:pPr>
              <w:spacing w:after="0"/>
            </w:pPr>
          </w:p>
        </w:tc>
      </w:tr>
      <w:tr w:rsidR="007E7DCB" w14:paraId="45711A14" w14:textId="77777777">
        <w:trPr>
          <w:jc w:val="center"/>
        </w:trPr>
        <w:tc>
          <w:tcPr>
            <w:tcW w:w="309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E7E6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8E4AE7B" w14:textId="77777777" w:rsidR="007E7DCB" w:rsidRDefault="00D10326">
            <w:pPr>
              <w:spacing w:after="0"/>
            </w:pPr>
            <w:r>
              <w:rPr>
                <w:b/>
                <w:color w:val="000000"/>
              </w:rPr>
              <w:t>Location / Format</w:t>
            </w:r>
          </w:p>
        </w:tc>
        <w:tc>
          <w:tcPr>
            <w:tcW w:w="6983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806517E" w14:textId="77777777" w:rsidR="007E7DCB" w:rsidRDefault="007E7DCB">
            <w:pPr>
              <w:spacing w:after="0"/>
            </w:pPr>
          </w:p>
        </w:tc>
      </w:tr>
      <w:tr w:rsidR="007E7DCB" w14:paraId="6EAFE754" w14:textId="77777777">
        <w:trPr>
          <w:jc w:val="center"/>
        </w:trPr>
        <w:tc>
          <w:tcPr>
            <w:tcW w:w="309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E7E6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F0239CC" w14:textId="77777777" w:rsidR="007E7DCB" w:rsidRDefault="00D10326">
            <w:pPr>
              <w:spacing w:after="0"/>
            </w:pPr>
            <w:r>
              <w:rPr>
                <w:b/>
                <w:color w:val="000000"/>
              </w:rPr>
              <w:t>Event / Initiative Date(s)</w:t>
            </w:r>
          </w:p>
        </w:tc>
        <w:tc>
          <w:tcPr>
            <w:tcW w:w="6983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3701A5B" w14:textId="77777777" w:rsidR="007E7DCB" w:rsidRDefault="007E7DCB">
            <w:pPr>
              <w:spacing w:after="0"/>
            </w:pPr>
          </w:p>
        </w:tc>
      </w:tr>
      <w:tr w:rsidR="007E7DCB" w14:paraId="54B9D18F" w14:textId="77777777">
        <w:trPr>
          <w:jc w:val="center"/>
        </w:trPr>
        <w:tc>
          <w:tcPr>
            <w:tcW w:w="309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E7E6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D4A6C49" w14:textId="3CFF9A43" w:rsidR="007E7DCB" w:rsidRDefault="00D10326">
            <w:pPr>
              <w:spacing w:after="0"/>
            </w:pPr>
            <w:r>
              <w:rPr>
                <w:b/>
                <w:color w:val="000000"/>
              </w:rPr>
              <w:t>Fund Manager</w:t>
            </w:r>
          </w:p>
        </w:tc>
        <w:tc>
          <w:tcPr>
            <w:tcW w:w="6983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B292694" w14:textId="77777777" w:rsidR="007E7DCB" w:rsidRDefault="007E7DCB">
            <w:pPr>
              <w:spacing w:after="0"/>
            </w:pPr>
          </w:p>
        </w:tc>
      </w:tr>
      <w:tr w:rsidR="007E7DCB" w14:paraId="4D5794C1" w14:textId="77777777">
        <w:trPr>
          <w:jc w:val="center"/>
        </w:trPr>
        <w:tc>
          <w:tcPr>
            <w:tcW w:w="309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E7E6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7A933F6" w14:textId="77777777" w:rsidR="007E7DCB" w:rsidRDefault="00D10326">
            <w:pPr>
              <w:spacing w:after="0"/>
            </w:pPr>
            <w:r>
              <w:rPr>
                <w:b/>
                <w:color w:val="000000"/>
              </w:rPr>
              <w:t>NOAMA Funding Approved</w:t>
            </w:r>
          </w:p>
        </w:tc>
        <w:tc>
          <w:tcPr>
            <w:tcW w:w="6983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13B5C7A" w14:textId="77777777" w:rsidR="007E7DCB" w:rsidRDefault="00D10326">
            <w:pPr>
              <w:spacing w:after="0"/>
            </w:pPr>
            <w:r>
              <w:rPr>
                <w:color w:val="000000"/>
              </w:rPr>
              <w:t>$</w:t>
            </w:r>
          </w:p>
        </w:tc>
      </w:tr>
    </w:tbl>
    <w:p w14:paraId="33F28130" w14:textId="77777777" w:rsidR="007E7DCB" w:rsidRDefault="007E7DCB">
      <w:pPr>
        <w:spacing w:after="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080"/>
      </w:tblGrid>
      <w:tr w:rsidR="007E7DCB" w14:paraId="79F99C3E" w14:textId="77777777">
        <w:trPr>
          <w:jc w:val="center"/>
        </w:trPr>
        <w:tc>
          <w:tcPr>
            <w:tcW w:w="10080" w:type="dxa"/>
            <w:shd w:val="clear" w:color="auto" w:fill="404040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7952D671" w14:textId="77777777" w:rsidR="007E7DCB" w:rsidRDefault="00D10326">
            <w:pPr>
              <w:spacing w:after="0"/>
            </w:pPr>
            <w:r>
              <w:rPr>
                <w:b/>
                <w:color w:val="FFFFFF"/>
              </w:rPr>
              <w:t>FINAL REPORT</w:t>
            </w:r>
          </w:p>
        </w:tc>
      </w:tr>
    </w:tbl>
    <w:p w14:paraId="77EBE5A4" w14:textId="77777777" w:rsidR="007E7DCB" w:rsidRDefault="007E7DCB">
      <w:pPr>
        <w:spacing w:after="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080"/>
      </w:tblGrid>
      <w:tr w:rsidR="007E7DCB" w14:paraId="335327CA" w14:textId="77777777">
        <w:trPr>
          <w:jc w:val="center"/>
        </w:trPr>
        <w:tc>
          <w:tcPr>
            <w:tcW w:w="1008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E7E6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FD5ACCE" w14:textId="77777777" w:rsidR="007E7DCB" w:rsidRDefault="00D10326">
            <w:pPr>
              <w:spacing w:after="0"/>
            </w:pPr>
            <w:r>
              <w:rPr>
                <w:b/>
                <w:color w:val="000000"/>
              </w:rPr>
              <w:t>1. Summary of Learning and Outcomes</w:t>
            </w:r>
          </w:p>
        </w:tc>
      </w:tr>
      <w:tr w:rsidR="007E7DCB" w14:paraId="31833778" w14:textId="77777777">
        <w:trPr>
          <w:jc w:val="center"/>
        </w:trPr>
        <w:tc>
          <w:tcPr>
            <w:tcW w:w="1008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82A38C4" w14:textId="77777777" w:rsidR="007E7DCB" w:rsidRDefault="00D10326">
            <w:pPr>
              <w:spacing w:after="0"/>
            </w:pPr>
            <w:r>
              <w:rPr>
                <w:color w:val="666666"/>
                <w:sz w:val="16"/>
              </w:rPr>
              <w:t>Briefly summarize attendance / participation, key learning or outcomes, academic value, and any lessons learned or indicators of success.</w:t>
            </w:r>
          </w:p>
          <w:p w14:paraId="26D07C83" w14:textId="77777777" w:rsidR="007E7DCB" w:rsidRDefault="007E7DCB" w:rsidP="00555D88">
            <w:pPr>
              <w:spacing w:after="0" w:line="240" w:lineRule="auto"/>
              <w:ind w:right="-140"/>
            </w:pPr>
          </w:p>
          <w:p w14:paraId="2745881B" w14:textId="77777777" w:rsidR="007E7DCB" w:rsidRDefault="007E7DCB">
            <w:pPr>
              <w:spacing w:after="0" w:line="240" w:lineRule="auto"/>
            </w:pPr>
          </w:p>
        </w:tc>
      </w:tr>
    </w:tbl>
    <w:p w14:paraId="11F3D143" w14:textId="77777777" w:rsidR="007E7DCB" w:rsidRDefault="007E7DCB">
      <w:pPr>
        <w:spacing w:after="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080"/>
      </w:tblGrid>
      <w:tr w:rsidR="007E7DCB" w14:paraId="59FCB3D2" w14:textId="77777777">
        <w:trPr>
          <w:jc w:val="center"/>
        </w:trPr>
        <w:tc>
          <w:tcPr>
            <w:tcW w:w="10080" w:type="dxa"/>
            <w:shd w:val="clear" w:color="auto" w:fill="404040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51AFA293" w14:textId="77777777" w:rsidR="007E7DCB" w:rsidRDefault="00D10326">
            <w:pPr>
              <w:spacing w:after="0"/>
            </w:pPr>
            <w:r>
              <w:rPr>
                <w:b/>
                <w:color w:val="FFFFFF"/>
              </w:rPr>
              <w:t>FINAL BUDGET</w:t>
            </w:r>
          </w:p>
        </w:tc>
      </w:tr>
    </w:tbl>
    <w:p w14:paraId="4E8B77FF" w14:textId="77777777" w:rsidR="007E7DCB" w:rsidRDefault="007E7DCB">
      <w:pPr>
        <w:spacing w:after="20"/>
      </w:pPr>
    </w:p>
    <w:p w14:paraId="57876360" w14:textId="77777777" w:rsidR="007E7DCB" w:rsidRDefault="00D10326">
      <w:pPr>
        <w:spacing w:after="40"/>
        <w:rPr>
          <w:sz w:val="16"/>
        </w:rPr>
      </w:pPr>
      <w:r>
        <w:rPr>
          <w:sz w:val="16"/>
        </w:rPr>
        <w:t>Summarize actual expenditures against the approved budget and explain significant variances, where applicable.</w:t>
      </w:r>
    </w:p>
    <w:p w14:paraId="44C505AB" w14:textId="77777777" w:rsidR="00555D88" w:rsidRDefault="00555D88">
      <w:pPr>
        <w:spacing w:after="40"/>
      </w:pPr>
    </w:p>
    <w:tbl>
      <w:tblPr>
        <w:tblStyle w:val="TableGridLight"/>
        <w:tblW w:w="10065" w:type="dxa"/>
        <w:tblInd w:w="108" w:type="dxa"/>
        <w:tblLayout w:type="fixed"/>
        <w:tblLook w:val="01A0" w:firstRow="1" w:lastRow="0" w:firstColumn="1" w:lastColumn="1" w:noHBand="0" w:noVBand="0"/>
      </w:tblPr>
      <w:tblGrid>
        <w:gridCol w:w="2979"/>
        <w:gridCol w:w="2511"/>
        <w:gridCol w:w="2430"/>
        <w:gridCol w:w="2145"/>
      </w:tblGrid>
      <w:tr w:rsidR="007E7DCB" w14:paraId="3F63CC1B" w14:textId="77777777" w:rsidTr="00605EEB">
        <w:trPr>
          <w:trHeight w:val="249"/>
        </w:trPr>
        <w:tc>
          <w:tcPr>
            <w:tcW w:w="2979" w:type="dxa"/>
          </w:tcPr>
          <w:p w14:paraId="7FFC4FBC" w14:textId="77777777" w:rsidR="007E7DCB" w:rsidRPr="00555D88" w:rsidRDefault="00D10326">
            <w:pPr>
              <w:jc w:val="center"/>
            </w:pPr>
            <w:r w:rsidRPr="00555D88">
              <w:rPr>
                <w:b/>
                <w:sz w:val="16"/>
              </w:rPr>
              <w:t>Budget Category</w:t>
            </w:r>
          </w:p>
        </w:tc>
        <w:tc>
          <w:tcPr>
            <w:tcW w:w="2511" w:type="dxa"/>
          </w:tcPr>
          <w:p w14:paraId="0D8BD4CA" w14:textId="77777777" w:rsidR="007E7DCB" w:rsidRPr="00555D88" w:rsidRDefault="00D10326">
            <w:pPr>
              <w:jc w:val="center"/>
            </w:pPr>
            <w:r w:rsidRPr="00555D88">
              <w:rPr>
                <w:b/>
                <w:sz w:val="16"/>
              </w:rPr>
              <w:t>Approved Budget</w:t>
            </w:r>
          </w:p>
        </w:tc>
        <w:tc>
          <w:tcPr>
            <w:tcW w:w="2430" w:type="dxa"/>
          </w:tcPr>
          <w:p w14:paraId="486EF5AA" w14:textId="77777777" w:rsidR="007E7DCB" w:rsidRPr="00555D88" w:rsidRDefault="00D10326">
            <w:pPr>
              <w:jc w:val="center"/>
            </w:pPr>
            <w:r w:rsidRPr="00555D88">
              <w:rPr>
                <w:b/>
                <w:sz w:val="16"/>
              </w:rPr>
              <w:t>Actual Expenditure</w:t>
            </w:r>
          </w:p>
        </w:tc>
        <w:tc>
          <w:tcPr>
            <w:tcW w:w="2145" w:type="dxa"/>
          </w:tcPr>
          <w:p w14:paraId="63D36202" w14:textId="77777777" w:rsidR="007E7DCB" w:rsidRPr="00555D88" w:rsidRDefault="00D10326" w:rsidP="00605EEB">
            <w:pPr>
              <w:ind w:right="596"/>
              <w:jc w:val="center"/>
            </w:pPr>
            <w:r w:rsidRPr="00555D88">
              <w:rPr>
                <w:b/>
                <w:sz w:val="16"/>
              </w:rPr>
              <w:t>Variance</w:t>
            </w:r>
          </w:p>
        </w:tc>
      </w:tr>
      <w:tr w:rsidR="007E7DCB" w14:paraId="7D7860B9" w14:textId="77777777" w:rsidTr="00605EEB">
        <w:trPr>
          <w:trHeight w:val="249"/>
        </w:trPr>
        <w:tc>
          <w:tcPr>
            <w:tcW w:w="2979" w:type="dxa"/>
          </w:tcPr>
          <w:p w14:paraId="7299F86E" w14:textId="77777777" w:rsidR="007E7DCB" w:rsidRDefault="00D10326">
            <w:r>
              <w:rPr>
                <w:color w:val="000000"/>
                <w:sz w:val="16"/>
              </w:rPr>
              <w:t>Venue / Meeting Costs</w:t>
            </w:r>
          </w:p>
        </w:tc>
        <w:tc>
          <w:tcPr>
            <w:tcW w:w="2511" w:type="dxa"/>
          </w:tcPr>
          <w:p w14:paraId="17DC7EE3" w14:textId="77777777" w:rsidR="007E7DCB" w:rsidRDefault="00D10326">
            <w:r>
              <w:rPr>
                <w:color w:val="000000"/>
                <w:sz w:val="16"/>
              </w:rPr>
              <w:t>$</w:t>
            </w:r>
          </w:p>
        </w:tc>
        <w:tc>
          <w:tcPr>
            <w:tcW w:w="2430" w:type="dxa"/>
          </w:tcPr>
          <w:p w14:paraId="00FC85BD" w14:textId="77777777" w:rsidR="007E7DCB" w:rsidRDefault="00D10326">
            <w:r>
              <w:rPr>
                <w:color w:val="000000"/>
                <w:sz w:val="16"/>
              </w:rPr>
              <w:t>$</w:t>
            </w:r>
          </w:p>
        </w:tc>
        <w:tc>
          <w:tcPr>
            <w:tcW w:w="2145" w:type="dxa"/>
          </w:tcPr>
          <w:p w14:paraId="72A34AC5" w14:textId="77777777" w:rsidR="007E7DCB" w:rsidRDefault="00D10326" w:rsidP="00555D88">
            <w:pPr>
              <w:ind w:right="596"/>
            </w:pPr>
            <w:r>
              <w:rPr>
                <w:color w:val="000000"/>
                <w:sz w:val="16"/>
              </w:rPr>
              <w:t>$</w:t>
            </w:r>
          </w:p>
        </w:tc>
      </w:tr>
      <w:tr w:rsidR="007E7DCB" w14:paraId="7010D793" w14:textId="77777777" w:rsidTr="00605EEB">
        <w:trPr>
          <w:trHeight w:val="249"/>
        </w:trPr>
        <w:tc>
          <w:tcPr>
            <w:tcW w:w="2979" w:type="dxa"/>
          </w:tcPr>
          <w:p w14:paraId="0E239A03" w14:textId="77777777" w:rsidR="007E7DCB" w:rsidRDefault="00D10326">
            <w:r>
              <w:rPr>
                <w:color w:val="000000"/>
                <w:sz w:val="16"/>
              </w:rPr>
              <w:t>Travel &amp; Accommodation</w:t>
            </w:r>
          </w:p>
        </w:tc>
        <w:tc>
          <w:tcPr>
            <w:tcW w:w="2511" w:type="dxa"/>
          </w:tcPr>
          <w:p w14:paraId="06D821DC" w14:textId="77777777" w:rsidR="007E7DCB" w:rsidRDefault="00D10326">
            <w:r>
              <w:rPr>
                <w:color w:val="000000"/>
                <w:sz w:val="16"/>
              </w:rPr>
              <w:t>$</w:t>
            </w:r>
          </w:p>
        </w:tc>
        <w:tc>
          <w:tcPr>
            <w:tcW w:w="2430" w:type="dxa"/>
          </w:tcPr>
          <w:p w14:paraId="2C97B450" w14:textId="77777777" w:rsidR="007E7DCB" w:rsidRDefault="00D10326">
            <w:r>
              <w:rPr>
                <w:color w:val="000000"/>
                <w:sz w:val="16"/>
              </w:rPr>
              <w:t>$</w:t>
            </w:r>
          </w:p>
        </w:tc>
        <w:tc>
          <w:tcPr>
            <w:tcW w:w="2145" w:type="dxa"/>
          </w:tcPr>
          <w:p w14:paraId="52ED2E2A" w14:textId="77777777" w:rsidR="007E7DCB" w:rsidRDefault="00D10326" w:rsidP="00555D88">
            <w:pPr>
              <w:ind w:right="596"/>
            </w:pPr>
            <w:r>
              <w:rPr>
                <w:color w:val="000000"/>
                <w:sz w:val="16"/>
              </w:rPr>
              <w:t>$</w:t>
            </w:r>
          </w:p>
        </w:tc>
      </w:tr>
      <w:tr w:rsidR="007E7DCB" w14:paraId="7A66EE7D" w14:textId="77777777" w:rsidTr="00605EEB">
        <w:trPr>
          <w:trHeight w:val="249"/>
        </w:trPr>
        <w:tc>
          <w:tcPr>
            <w:tcW w:w="2979" w:type="dxa"/>
          </w:tcPr>
          <w:p w14:paraId="512B05D5" w14:textId="77777777" w:rsidR="007E7DCB" w:rsidRDefault="00D10326">
            <w:r>
              <w:rPr>
                <w:color w:val="000000"/>
                <w:sz w:val="16"/>
              </w:rPr>
              <w:t>Faculty / Facilitator Costs</w:t>
            </w:r>
          </w:p>
        </w:tc>
        <w:tc>
          <w:tcPr>
            <w:tcW w:w="2511" w:type="dxa"/>
          </w:tcPr>
          <w:p w14:paraId="7A8B97B7" w14:textId="77777777" w:rsidR="007E7DCB" w:rsidRDefault="00D10326">
            <w:r>
              <w:rPr>
                <w:color w:val="000000"/>
                <w:sz w:val="16"/>
              </w:rPr>
              <w:t>$</w:t>
            </w:r>
          </w:p>
        </w:tc>
        <w:tc>
          <w:tcPr>
            <w:tcW w:w="2430" w:type="dxa"/>
          </w:tcPr>
          <w:p w14:paraId="5848316E" w14:textId="77777777" w:rsidR="007E7DCB" w:rsidRDefault="00D10326">
            <w:r>
              <w:rPr>
                <w:color w:val="000000"/>
                <w:sz w:val="16"/>
              </w:rPr>
              <w:t>$</w:t>
            </w:r>
          </w:p>
        </w:tc>
        <w:tc>
          <w:tcPr>
            <w:tcW w:w="2145" w:type="dxa"/>
          </w:tcPr>
          <w:p w14:paraId="649D1CCE" w14:textId="77777777" w:rsidR="007E7DCB" w:rsidRDefault="00D10326" w:rsidP="00555D88">
            <w:pPr>
              <w:ind w:right="596"/>
            </w:pPr>
            <w:r>
              <w:rPr>
                <w:color w:val="000000"/>
                <w:sz w:val="16"/>
              </w:rPr>
              <w:t>$</w:t>
            </w:r>
          </w:p>
        </w:tc>
      </w:tr>
      <w:tr w:rsidR="007E7DCB" w14:paraId="28C3421D" w14:textId="77777777" w:rsidTr="00605EEB">
        <w:trPr>
          <w:trHeight w:val="249"/>
        </w:trPr>
        <w:tc>
          <w:tcPr>
            <w:tcW w:w="2979" w:type="dxa"/>
          </w:tcPr>
          <w:p w14:paraId="59D82194" w14:textId="77777777" w:rsidR="007E7DCB" w:rsidRDefault="00D10326">
            <w:r>
              <w:rPr>
                <w:color w:val="000000"/>
                <w:sz w:val="16"/>
              </w:rPr>
              <w:t>CEPD / Accreditation Costs</w:t>
            </w:r>
          </w:p>
        </w:tc>
        <w:tc>
          <w:tcPr>
            <w:tcW w:w="2511" w:type="dxa"/>
          </w:tcPr>
          <w:p w14:paraId="538D0175" w14:textId="77777777" w:rsidR="007E7DCB" w:rsidRDefault="00D10326">
            <w:r>
              <w:rPr>
                <w:color w:val="000000"/>
                <w:sz w:val="16"/>
              </w:rPr>
              <w:t>$</w:t>
            </w:r>
          </w:p>
        </w:tc>
        <w:tc>
          <w:tcPr>
            <w:tcW w:w="2430" w:type="dxa"/>
          </w:tcPr>
          <w:p w14:paraId="637DC569" w14:textId="77777777" w:rsidR="007E7DCB" w:rsidRDefault="00D10326">
            <w:r>
              <w:rPr>
                <w:color w:val="000000"/>
                <w:sz w:val="16"/>
              </w:rPr>
              <w:t>$</w:t>
            </w:r>
          </w:p>
        </w:tc>
        <w:tc>
          <w:tcPr>
            <w:tcW w:w="2145" w:type="dxa"/>
          </w:tcPr>
          <w:p w14:paraId="6B0B3A2A" w14:textId="77777777" w:rsidR="007E7DCB" w:rsidRDefault="00D10326" w:rsidP="00555D88">
            <w:pPr>
              <w:ind w:right="596"/>
            </w:pPr>
            <w:r>
              <w:rPr>
                <w:color w:val="000000"/>
                <w:sz w:val="16"/>
              </w:rPr>
              <w:t>$</w:t>
            </w:r>
          </w:p>
        </w:tc>
      </w:tr>
      <w:tr w:rsidR="007E7DCB" w14:paraId="62846D22" w14:textId="77777777" w:rsidTr="00605EEB">
        <w:trPr>
          <w:trHeight w:val="249"/>
        </w:trPr>
        <w:tc>
          <w:tcPr>
            <w:tcW w:w="2979" w:type="dxa"/>
          </w:tcPr>
          <w:p w14:paraId="65CC18E4" w14:textId="77777777" w:rsidR="007E7DCB" w:rsidRDefault="00D10326">
            <w:r>
              <w:rPr>
                <w:color w:val="000000"/>
                <w:sz w:val="16"/>
              </w:rPr>
              <w:t>Materials / Technology</w:t>
            </w:r>
          </w:p>
        </w:tc>
        <w:tc>
          <w:tcPr>
            <w:tcW w:w="2511" w:type="dxa"/>
          </w:tcPr>
          <w:p w14:paraId="61E3D22B" w14:textId="77777777" w:rsidR="007E7DCB" w:rsidRDefault="00D10326">
            <w:r>
              <w:rPr>
                <w:color w:val="000000"/>
                <w:sz w:val="16"/>
              </w:rPr>
              <w:t>$</w:t>
            </w:r>
          </w:p>
        </w:tc>
        <w:tc>
          <w:tcPr>
            <w:tcW w:w="2430" w:type="dxa"/>
          </w:tcPr>
          <w:p w14:paraId="7C02B8AC" w14:textId="77777777" w:rsidR="007E7DCB" w:rsidRDefault="00D10326">
            <w:r>
              <w:rPr>
                <w:color w:val="000000"/>
                <w:sz w:val="16"/>
              </w:rPr>
              <w:t>$</w:t>
            </w:r>
          </w:p>
        </w:tc>
        <w:tc>
          <w:tcPr>
            <w:tcW w:w="2145" w:type="dxa"/>
          </w:tcPr>
          <w:p w14:paraId="0F73A4C2" w14:textId="77777777" w:rsidR="007E7DCB" w:rsidRDefault="00D10326" w:rsidP="00555D88">
            <w:pPr>
              <w:ind w:right="596"/>
            </w:pPr>
            <w:r>
              <w:rPr>
                <w:color w:val="000000"/>
                <w:sz w:val="16"/>
              </w:rPr>
              <w:t>$</w:t>
            </w:r>
          </w:p>
        </w:tc>
      </w:tr>
      <w:tr w:rsidR="007E7DCB" w14:paraId="420D53F2" w14:textId="77777777" w:rsidTr="00605EEB">
        <w:trPr>
          <w:trHeight w:val="249"/>
        </w:trPr>
        <w:tc>
          <w:tcPr>
            <w:tcW w:w="2979" w:type="dxa"/>
          </w:tcPr>
          <w:p w14:paraId="0D5B9635" w14:textId="77777777" w:rsidR="007E7DCB" w:rsidRDefault="00D10326">
            <w:r>
              <w:rPr>
                <w:color w:val="000000"/>
                <w:sz w:val="16"/>
              </w:rPr>
              <w:t>Other (specify)</w:t>
            </w:r>
          </w:p>
        </w:tc>
        <w:tc>
          <w:tcPr>
            <w:tcW w:w="2511" w:type="dxa"/>
          </w:tcPr>
          <w:p w14:paraId="0D9E3577" w14:textId="77777777" w:rsidR="007E7DCB" w:rsidRDefault="00D10326">
            <w:r>
              <w:rPr>
                <w:color w:val="000000"/>
                <w:sz w:val="16"/>
              </w:rPr>
              <w:t>$</w:t>
            </w:r>
          </w:p>
        </w:tc>
        <w:tc>
          <w:tcPr>
            <w:tcW w:w="2430" w:type="dxa"/>
          </w:tcPr>
          <w:p w14:paraId="0975D147" w14:textId="77777777" w:rsidR="007E7DCB" w:rsidRDefault="00D10326">
            <w:r>
              <w:rPr>
                <w:color w:val="000000"/>
                <w:sz w:val="16"/>
              </w:rPr>
              <w:t>$</w:t>
            </w:r>
          </w:p>
        </w:tc>
        <w:tc>
          <w:tcPr>
            <w:tcW w:w="2145" w:type="dxa"/>
          </w:tcPr>
          <w:p w14:paraId="07EA495E" w14:textId="77777777" w:rsidR="007E7DCB" w:rsidRDefault="00D10326" w:rsidP="00555D88">
            <w:pPr>
              <w:ind w:right="596"/>
            </w:pPr>
            <w:r>
              <w:rPr>
                <w:color w:val="000000"/>
                <w:sz w:val="16"/>
              </w:rPr>
              <w:t>$</w:t>
            </w:r>
          </w:p>
        </w:tc>
      </w:tr>
      <w:tr w:rsidR="007E7DCB" w14:paraId="6E87CD7C" w14:textId="77777777" w:rsidTr="00605EEB">
        <w:trPr>
          <w:trHeight w:val="249"/>
        </w:trPr>
        <w:tc>
          <w:tcPr>
            <w:tcW w:w="2979" w:type="dxa"/>
          </w:tcPr>
          <w:p w14:paraId="145A389E" w14:textId="77777777" w:rsidR="007E7DCB" w:rsidRDefault="00D10326">
            <w:r>
              <w:rPr>
                <w:b/>
                <w:color w:val="000000"/>
                <w:sz w:val="16"/>
              </w:rPr>
              <w:t>TOTAL</w:t>
            </w:r>
          </w:p>
        </w:tc>
        <w:tc>
          <w:tcPr>
            <w:tcW w:w="2511" w:type="dxa"/>
          </w:tcPr>
          <w:p w14:paraId="643AC6BC" w14:textId="77777777" w:rsidR="007E7DCB" w:rsidRDefault="00D10326">
            <w:r>
              <w:rPr>
                <w:b/>
                <w:color w:val="000000"/>
                <w:sz w:val="16"/>
              </w:rPr>
              <w:t>$</w:t>
            </w:r>
          </w:p>
        </w:tc>
        <w:tc>
          <w:tcPr>
            <w:tcW w:w="2430" w:type="dxa"/>
          </w:tcPr>
          <w:p w14:paraId="3DE7031F" w14:textId="77777777" w:rsidR="007E7DCB" w:rsidRDefault="00D10326">
            <w:r>
              <w:rPr>
                <w:b/>
                <w:color w:val="000000"/>
                <w:sz w:val="16"/>
              </w:rPr>
              <w:t>$</w:t>
            </w:r>
          </w:p>
        </w:tc>
        <w:tc>
          <w:tcPr>
            <w:tcW w:w="2145" w:type="dxa"/>
          </w:tcPr>
          <w:p w14:paraId="626F9A85" w14:textId="77777777" w:rsidR="007E7DCB" w:rsidRDefault="00D10326" w:rsidP="00555D88">
            <w:pPr>
              <w:ind w:right="596"/>
            </w:pPr>
            <w:r>
              <w:rPr>
                <w:b/>
                <w:color w:val="000000"/>
                <w:sz w:val="16"/>
              </w:rPr>
              <w:t>$</w:t>
            </w:r>
          </w:p>
        </w:tc>
      </w:tr>
    </w:tbl>
    <w:p w14:paraId="6AE300D6" w14:textId="77777777" w:rsidR="007E7DCB" w:rsidRDefault="00D10326">
      <w:pPr>
        <w:spacing w:before="80" w:after="40"/>
      </w:pPr>
      <w:r>
        <w:rPr>
          <w:b/>
        </w:rPr>
        <w:t xml:space="preserve">Other Funding Contributions (LEG / Other): </w:t>
      </w:r>
      <w:r>
        <w:t>$ ____________________</w:t>
      </w:r>
    </w:p>
    <w:p w14:paraId="21A3F613" w14:textId="77777777" w:rsidR="007E7DCB" w:rsidRDefault="00D10326">
      <w:pPr>
        <w:spacing w:after="40"/>
      </w:pPr>
      <w:r>
        <w:rPr>
          <w:b/>
        </w:rPr>
        <w:t xml:space="preserve">Unspent NOAMA Funding to be Returned: </w:t>
      </w:r>
      <w:r>
        <w:t>$ ____________________</w:t>
      </w:r>
    </w:p>
    <w:p w14:paraId="2A23F2C6" w14:textId="77777777" w:rsidR="007E7DCB" w:rsidRDefault="00D10326">
      <w:pPr>
        <w:spacing w:after="80"/>
      </w:pPr>
      <w:r>
        <w:rPr>
          <w:b/>
        </w:rPr>
        <w:t xml:space="preserve">Variance Notes (if applicable): </w:t>
      </w:r>
      <w:r>
        <w:t>________________________________________________________________________________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080"/>
      </w:tblGrid>
      <w:tr w:rsidR="007E7DCB" w14:paraId="723E83C9" w14:textId="77777777">
        <w:trPr>
          <w:jc w:val="center"/>
        </w:trPr>
        <w:tc>
          <w:tcPr>
            <w:tcW w:w="10080" w:type="dxa"/>
            <w:shd w:val="clear" w:color="auto" w:fill="404040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40254E6D" w14:textId="77777777" w:rsidR="007E7DCB" w:rsidRDefault="00D10326">
            <w:pPr>
              <w:spacing w:after="0"/>
            </w:pPr>
            <w:r>
              <w:rPr>
                <w:b/>
                <w:color w:val="FFFFFF"/>
              </w:rPr>
              <w:t>FUND MANAGER CERTIFICATION</w:t>
            </w:r>
          </w:p>
        </w:tc>
      </w:tr>
    </w:tbl>
    <w:p w14:paraId="6352AE34" w14:textId="77777777" w:rsidR="007E7DCB" w:rsidRDefault="007E7DCB">
      <w:pPr>
        <w:spacing w:after="20"/>
      </w:pPr>
    </w:p>
    <w:p w14:paraId="75F1E837" w14:textId="77777777" w:rsidR="007E7DCB" w:rsidRDefault="00D10326">
      <w:pPr>
        <w:spacing w:after="40"/>
      </w:pPr>
      <w:r>
        <w:rPr>
          <w:sz w:val="16"/>
        </w:rPr>
        <w:t>I confirm that the final budget above accurately reflects the expenditures administered for this initiative and that any unspent NOAMA funding has been identified for return to NOAMA, unless otherwise approved.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44"/>
        <w:gridCol w:w="3096"/>
        <w:gridCol w:w="1944"/>
        <w:gridCol w:w="3096"/>
      </w:tblGrid>
      <w:tr w:rsidR="007E7DCB" w14:paraId="3F7E73C4" w14:textId="77777777">
        <w:trPr>
          <w:jc w:val="center"/>
        </w:trPr>
        <w:tc>
          <w:tcPr>
            <w:tcW w:w="194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E7E6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C667253" w14:textId="77777777" w:rsidR="007E7DCB" w:rsidRDefault="00D10326">
            <w:pPr>
              <w:spacing w:after="0"/>
            </w:pPr>
            <w:r>
              <w:rPr>
                <w:b/>
                <w:color w:val="000000"/>
                <w:sz w:val="16"/>
              </w:rPr>
              <w:t>Fund Manager Name</w:t>
            </w:r>
          </w:p>
        </w:tc>
        <w:tc>
          <w:tcPr>
            <w:tcW w:w="309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13CCD2A" w14:textId="77777777" w:rsidR="007E7DCB" w:rsidRDefault="007E7DCB">
            <w:pPr>
              <w:spacing w:after="0"/>
            </w:pPr>
          </w:p>
        </w:tc>
        <w:tc>
          <w:tcPr>
            <w:tcW w:w="194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E7E6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497BD7D" w14:textId="77777777" w:rsidR="007E7DCB" w:rsidRDefault="00D10326">
            <w:pPr>
              <w:spacing w:after="0"/>
            </w:pPr>
            <w:r>
              <w:rPr>
                <w:b/>
                <w:color w:val="000000"/>
                <w:sz w:val="16"/>
              </w:rPr>
              <w:t>Signature</w:t>
            </w:r>
          </w:p>
        </w:tc>
        <w:tc>
          <w:tcPr>
            <w:tcW w:w="309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C4D6090" w14:textId="77777777" w:rsidR="007E7DCB" w:rsidRDefault="007E7DCB">
            <w:pPr>
              <w:spacing w:after="0"/>
            </w:pPr>
          </w:p>
        </w:tc>
      </w:tr>
      <w:tr w:rsidR="007E7DCB" w14:paraId="6B58FD83" w14:textId="77777777">
        <w:trPr>
          <w:jc w:val="center"/>
        </w:trPr>
        <w:tc>
          <w:tcPr>
            <w:tcW w:w="194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E7E6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12BFEFE" w14:textId="77777777" w:rsidR="007E7DCB" w:rsidRDefault="00D10326">
            <w:pPr>
              <w:spacing w:after="0"/>
            </w:pPr>
            <w:r>
              <w:rPr>
                <w:b/>
                <w:color w:val="000000"/>
                <w:sz w:val="16"/>
              </w:rPr>
              <w:t>Date</w:t>
            </w:r>
          </w:p>
        </w:tc>
        <w:tc>
          <w:tcPr>
            <w:tcW w:w="309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FE2397B" w14:textId="77777777" w:rsidR="007E7DCB" w:rsidRDefault="007E7DCB">
            <w:pPr>
              <w:spacing w:after="0"/>
            </w:pPr>
          </w:p>
        </w:tc>
        <w:tc>
          <w:tcPr>
            <w:tcW w:w="194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E7E6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4C3EA0A" w14:textId="77777777" w:rsidR="007E7DCB" w:rsidRDefault="00D10326">
            <w:pPr>
              <w:spacing w:after="0"/>
            </w:pPr>
            <w:r>
              <w:rPr>
                <w:b/>
                <w:color w:val="000000"/>
                <w:sz w:val="16"/>
              </w:rPr>
              <w:t>Organization</w:t>
            </w:r>
          </w:p>
        </w:tc>
        <w:tc>
          <w:tcPr>
            <w:tcW w:w="309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AF670FA" w14:textId="77777777" w:rsidR="007E7DCB" w:rsidRDefault="007E7DCB">
            <w:pPr>
              <w:spacing w:after="0"/>
            </w:pPr>
          </w:p>
        </w:tc>
      </w:tr>
    </w:tbl>
    <w:p w14:paraId="50026A7F" w14:textId="77777777" w:rsidR="00D10326" w:rsidRDefault="00D10326"/>
    <w:sectPr w:rsidR="00D10326" w:rsidSect="00034616">
      <w:headerReference w:type="default" r:id="rId8"/>
      <w:footerReference w:type="default" r:id="rId9"/>
      <w:pgSz w:w="12240" w:h="15840"/>
      <w:pgMar w:top="504" w:right="1008" w:bottom="504" w:left="1008" w:header="173" w:footer="21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7EE959" w14:textId="77777777" w:rsidR="008777DA" w:rsidRDefault="008777DA">
      <w:pPr>
        <w:spacing w:after="0" w:line="240" w:lineRule="auto"/>
      </w:pPr>
      <w:r>
        <w:separator/>
      </w:r>
    </w:p>
  </w:endnote>
  <w:endnote w:type="continuationSeparator" w:id="0">
    <w:p w14:paraId="14DCE7A1" w14:textId="77777777" w:rsidR="008777DA" w:rsidRDefault="008777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842EB8" w14:textId="77777777" w:rsidR="007E7DCB" w:rsidRDefault="00D10326">
    <w:pPr>
      <w:pStyle w:val="Footer"/>
    </w:pPr>
    <w:r>
      <w:rPr>
        <w:color w:val="666666"/>
        <w:sz w:val="16"/>
      </w:rPr>
      <w:t>NOAMA Section Funding Final Report | Working Template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745F17" w14:textId="77777777" w:rsidR="008777DA" w:rsidRDefault="008777DA">
      <w:pPr>
        <w:spacing w:after="0" w:line="240" w:lineRule="auto"/>
      </w:pPr>
      <w:r>
        <w:separator/>
      </w:r>
    </w:p>
  </w:footnote>
  <w:footnote w:type="continuationSeparator" w:id="0">
    <w:p w14:paraId="2C3A2053" w14:textId="77777777" w:rsidR="008777DA" w:rsidRDefault="008777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820F74" w14:textId="77777777" w:rsidR="007E7DCB" w:rsidRDefault="00D10326">
    <w:pPr>
      <w:pStyle w:val="Header"/>
      <w:jc w:val="right"/>
    </w:pPr>
    <w:r>
      <w:rPr>
        <w:b/>
        <w:color w:val="404040"/>
      </w:rPr>
      <w:t>SF2</w:t>
    </w:r>
  </w:p>
  <w:p w14:paraId="21979BF3" w14:textId="77777777" w:rsidR="007E7DCB" w:rsidRDefault="00D10326">
    <w:r>
      <w:rPr>
        <w:noProof/>
      </w:rPr>
      <w:drawing>
        <wp:inline distT="0" distB="0" distL="0" distR="0" wp14:anchorId="2F6CE524" wp14:editId="7F9F6786">
          <wp:extent cx="960120" cy="809674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oama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120" cy="80967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73176643">
    <w:abstractNumId w:val="8"/>
  </w:num>
  <w:num w:numId="2" w16cid:durableId="313337949">
    <w:abstractNumId w:val="6"/>
  </w:num>
  <w:num w:numId="3" w16cid:durableId="319963987">
    <w:abstractNumId w:val="5"/>
  </w:num>
  <w:num w:numId="4" w16cid:durableId="179975455">
    <w:abstractNumId w:val="4"/>
  </w:num>
  <w:num w:numId="5" w16cid:durableId="1730881471">
    <w:abstractNumId w:val="7"/>
  </w:num>
  <w:num w:numId="6" w16cid:durableId="816721602">
    <w:abstractNumId w:val="3"/>
  </w:num>
  <w:num w:numId="7" w16cid:durableId="1926499727">
    <w:abstractNumId w:val="2"/>
  </w:num>
  <w:num w:numId="8" w16cid:durableId="1840072251">
    <w:abstractNumId w:val="1"/>
  </w:num>
  <w:num w:numId="9" w16cid:durableId="330409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3554C"/>
    <w:rsid w:val="0029639D"/>
    <w:rsid w:val="00326F90"/>
    <w:rsid w:val="00555D88"/>
    <w:rsid w:val="00605EEB"/>
    <w:rsid w:val="0073763B"/>
    <w:rsid w:val="007E7DCB"/>
    <w:rsid w:val="008777DA"/>
    <w:rsid w:val="00AA1D8D"/>
    <w:rsid w:val="00B47730"/>
    <w:rsid w:val="00CB0664"/>
    <w:rsid w:val="00D1032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894D501"/>
  <w14:defaultImageDpi w14:val="300"/>
  <w15:docId w15:val="{15A98F92-427E-415E-AB38-F4540BD76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TableGridLight">
    <w:name w:val="Grid Table Light"/>
    <w:basedOn w:val="TableNormal"/>
    <w:uiPriority w:val="99"/>
    <w:rsid w:val="00555D8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191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1280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Mark Facca</cp:lastModifiedBy>
  <cp:revision>2</cp:revision>
  <dcterms:created xsi:type="dcterms:W3CDTF">2026-09-14T14:49:00Z</dcterms:created>
  <dcterms:modified xsi:type="dcterms:W3CDTF">2026-09-14T14:49:00Z</dcterms:modified>
  <cp:category/>
</cp:coreProperties>
</file>