
<file path=[Content_Types].xml><?xml version="1.0" encoding="utf-8"?>
<Types xmlns="http://schemas.openxmlformats.org/package/2006/content-types">
  <Default Extension="pn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AD1B0" w14:textId="77777777" w:rsidR="004879AC" w:rsidRDefault="00A46949">
      <w:pPr>
        <w:spacing w:after="0"/>
        <w:jc w:val="center"/>
      </w:pPr>
      <w:r>
        <w:rPr>
          <w:b/>
          <w:color w:val="1F4E79"/>
          <w:sz w:val="30"/>
        </w:rPr>
        <w:t>NOAMA SECTION FUNDING</w:t>
      </w:r>
    </w:p>
    <w:p w14:paraId="076AF40E" w14:textId="77777777" w:rsidR="004879AC" w:rsidRDefault="00A46949">
      <w:pPr>
        <w:jc w:val="center"/>
      </w:pPr>
      <w:r>
        <w:rPr>
          <w:b/>
          <w:sz w:val="26"/>
        </w:rPr>
        <w:t>Section Funding Application</w:t>
      </w:r>
    </w:p>
    <w:tbl>
      <w:tblPr>
        <w:tblW w:w="0" w:type="auto"/>
        <w:jc w:val="center"/>
        <w:tblLayout w:type="fixed"/>
        <w:tblLook w:val="04A0" w:firstRow="1" w:lastRow="0" w:firstColumn="1" w:lastColumn="0" w:noHBand="0" w:noVBand="1"/>
      </w:tblPr>
      <w:tblGrid>
        <w:gridCol w:w="3096"/>
        <w:gridCol w:w="6983"/>
      </w:tblGrid>
      <w:tr w:rsidR="004879AC" w14:paraId="42C55C37" w14:textId="77777777" w:rsidTr="00CA6D24">
        <w:trPr>
          <w:jc w:val="center"/>
        </w:trPr>
        <w:tc>
          <w:tcPr>
            <w:tcW w:w="3096" w:type="dxa"/>
            <w:tcBorders>
              <w:top w:val="single" w:sz="6" w:space="0" w:color="A6A6A6"/>
              <w:left w:val="single" w:sz="6" w:space="0" w:color="A6A6A6"/>
              <w:bottom w:val="single" w:sz="6" w:space="0" w:color="A6A6A6"/>
              <w:right w:val="single" w:sz="6" w:space="0" w:color="A6A6A6"/>
            </w:tcBorders>
            <w:shd w:val="clear" w:color="auto" w:fill="E7E6E6"/>
            <w:tcMar>
              <w:top w:w="70" w:type="dxa"/>
              <w:left w:w="90" w:type="dxa"/>
              <w:bottom w:w="70" w:type="dxa"/>
              <w:right w:w="90" w:type="dxa"/>
            </w:tcMar>
          </w:tcPr>
          <w:p w14:paraId="2D216985" w14:textId="77777777" w:rsidR="004879AC" w:rsidRDefault="00A46949">
            <w:pPr>
              <w:spacing w:after="0"/>
            </w:pPr>
            <w:r>
              <w:rPr>
                <w:b/>
                <w:color w:val="000000"/>
              </w:rPr>
              <w:t>Applicant Name</w:t>
            </w:r>
          </w:p>
        </w:tc>
        <w:tc>
          <w:tcPr>
            <w:tcW w:w="6983" w:type="dxa"/>
            <w:tcBorders>
              <w:top w:val="single" w:sz="6" w:space="0" w:color="A6A6A6"/>
              <w:left w:val="single" w:sz="6" w:space="0" w:color="A6A6A6"/>
              <w:bottom w:val="single" w:sz="6" w:space="0" w:color="A6A6A6"/>
              <w:right w:val="single" w:sz="6" w:space="0" w:color="A6A6A6"/>
            </w:tcBorders>
            <w:tcMar>
              <w:top w:w="70" w:type="dxa"/>
              <w:left w:w="90" w:type="dxa"/>
              <w:bottom w:w="70" w:type="dxa"/>
              <w:right w:w="90" w:type="dxa"/>
            </w:tcMar>
          </w:tcPr>
          <w:p w14:paraId="75D9E223" w14:textId="77777777" w:rsidR="004879AC" w:rsidRDefault="004879AC">
            <w:pPr>
              <w:spacing w:after="0"/>
            </w:pPr>
          </w:p>
        </w:tc>
      </w:tr>
      <w:tr w:rsidR="004879AC" w14:paraId="1E94C301" w14:textId="77777777" w:rsidTr="00CA6D24">
        <w:trPr>
          <w:jc w:val="center"/>
        </w:trPr>
        <w:tc>
          <w:tcPr>
            <w:tcW w:w="3096" w:type="dxa"/>
            <w:tcBorders>
              <w:top w:val="single" w:sz="6" w:space="0" w:color="A6A6A6"/>
              <w:left w:val="single" w:sz="6" w:space="0" w:color="A6A6A6"/>
              <w:bottom w:val="single" w:sz="6" w:space="0" w:color="A6A6A6"/>
              <w:right w:val="single" w:sz="6" w:space="0" w:color="A6A6A6"/>
            </w:tcBorders>
            <w:shd w:val="clear" w:color="auto" w:fill="E7E6E6"/>
            <w:tcMar>
              <w:top w:w="70" w:type="dxa"/>
              <w:left w:w="90" w:type="dxa"/>
              <w:bottom w:w="70" w:type="dxa"/>
              <w:right w:w="90" w:type="dxa"/>
            </w:tcMar>
          </w:tcPr>
          <w:p w14:paraId="286F7B6E" w14:textId="77777777" w:rsidR="004879AC" w:rsidRDefault="00A46949">
            <w:pPr>
              <w:spacing w:after="0"/>
            </w:pPr>
            <w:r>
              <w:rPr>
                <w:b/>
                <w:color w:val="000000"/>
              </w:rPr>
              <w:t>Section</w:t>
            </w:r>
          </w:p>
        </w:tc>
        <w:tc>
          <w:tcPr>
            <w:tcW w:w="6983" w:type="dxa"/>
            <w:tcBorders>
              <w:top w:val="single" w:sz="6" w:space="0" w:color="A6A6A6"/>
              <w:left w:val="single" w:sz="6" w:space="0" w:color="A6A6A6"/>
              <w:bottom w:val="single" w:sz="6" w:space="0" w:color="A6A6A6"/>
              <w:right w:val="single" w:sz="6" w:space="0" w:color="A6A6A6"/>
            </w:tcBorders>
            <w:tcMar>
              <w:top w:w="70" w:type="dxa"/>
              <w:left w:w="90" w:type="dxa"/>
              <w:bottom w:w="70" w:type="dxa"/>
              <w:right w:w="90" w:type="dxa"/>
            </w:tcMar>
          </w:tcPr>
          <w:p w14:paraId="57DEEF72" w14:textId="77777777" w:rsidR="004879AC" w:rsidRDefault="004879AC">
            <w:pPr>
              <w:spacing w:after="0"/>
            </w:pPr>
          </w:p>
        </w:tc>
      </w:tr>
      <w:tr w:rsidR="004879AC" w14:paraId="6F65F0E5" w14:textId="77777777" w:rsidTr="00CA6D24">
        <w:trPr>
          <w:jc w:val="center"/>
        </w:trPr>
        <w:tc>
          <w:tcPr>
            <w:tcW w:w="3096" w:type="dxa"/>
            <w:tcBorders>
              <w:top w:val="single" w:sz="6" w:space="0" w:color="A6A6A6"/>
              <w:left w:val="single" w:sz="6" w:space="0" w:color="A6A6A6"/>
              <w:bottom w:val="single" w:sz="6" w:space="0" w:color="A6A6A6"/>
              <w:right w:val="single" w:sz="6" w:space="0" w:color="A6A6A6"/>
            </w:tcBorders>
            <w:shd w:val="clear" w:color="auto" w:fill="E7E6E6"/>
            <w:tcMar>
              <w:top w:w="70" w:type="dxa"/>
              <w:left w:w="90" w:type="dxa"/>
              <w:bottom w:w="70" w:type="dxa"/>
              <w:right w:w="90" w:type="dxa"/>
            </w:tcMar>
          </w:tcPr>
          <w:p w14:paraId="4C09C7FE" w14:textId="77777777" w:rsidR="004879AC" w:rsidRDefault="00A46949">
            <w:pPr>
              <w:spacing w:after="0"/>
            </w:pPr>
            <w:r>
              <w:rPr>
                <w:b/>
                <w:color w:val="000000"/>
              </w:rPr>
              <w:t>Section Chair / Delegate</w:t>
            </w:r>
          </w:p>
        </w:tc>
        <w:tc>
          <w:tcPr>
            <w:tcW w:w="6983" w:type="dxa"/>
            <w:tcBorders>
              <w:top w:val="single" w:sz="6" w:space="0" w:color="A6A6A6"/>
              <w:left w:val="single" w:sz="6" w:space="0" w:color="A6A6A6"/>
              <w:bottom w:val="single" w:sz="6" w:space="0" w:color="A6A6A6"/>
              <w:right w:val="single" w:sz="6" w:space="0" w:color="A6A6A6"/>
            </w:tcBorders>
            <w:tcMar>
              <w:top w:w="70" w:type="dxa"/>
              <w:left w:w="90" w:type="dxa"/>
              <w:bottom w:w="70" w:type="dxa"/>
              <w:right w:w="90" w:type="dxa"/>
            </w:tcMar>
          </w:tcPr>
          <w:p w14:paraId="2E4A31D1" w14:textId="77777777" w:rsidR="004879AC" w:rsidRDefault="004879AC">
            <w:pPr>
              <w:spacing w:after="0"/>
            </w:pPr>
          </w:p>
        </w:tc>
      </w:tr>
      <w:tr w:rsidR="004879AC" w14:paraId="0CC63203" w14:textId="77777777" w:rsidTr="00CA6D24">
        <w:trPr>
          <w:jc w:val="center"/>
        </w:trPr>
        <w:tc>
          <w:tcPr>
            <w:tcW w:w="3096" w:type="dxa"/>
            <w:tcBorders>
              <w:top w:val="single" w:sz="6" w:space="0" w:color="A6A6A6"/>
              <w:left w:val="single" w:sz="6" w:space="0" w:color="A6A6A6"/>
              <w:bottom w:val="single" w:sz="6" w:space="0" w:color="A6A6A6"/>
              <w:right w:val="single" w:sz="6" w:space="0" w:color="A6A6A6"/>
            </w:tcBorders>
            <w:shd w:val="clear" w:color="auto" w:fill="E7E6E6"/>
            <w:tcMar>
              <w:top w:w="70" w:type="dxa"/>
              <w:left w:w="90" w:type="dxa"/>
              <w:bottom w:w="70" w:type="dxa"/>
              <w:right w:w="90" w:type="dxa"/>
            </w:tcMar>
          </w:tcPr>
          <w:p w14:paraId="34D77675" w14:textId="77777777" w:rsidR="004879AC" w:rsidRDefault="00A46949">
            <w:pPr>
              <w:spacing w:after="0"/>
            </w:pPr>
            <w:r>
              <w:rPr>
                <w:b/>
                <w:color w:val="000000"/>
              </w:rPr>
              <w:t>Location of Event / Initiative</w:t>
            </w:r>
          </w:p>
        </w:tc>
        <w:tc>
          <w:tcPr>
            <w:tcW w:w="6983" w:type="dxa"/>
            <w:tcBorders>
              <w:top w:val="single" w:sz="6" w:space="0" w:color="A6A6A6"/>
              <w:left w:val="single" w:sz="6" w:space="0" w:color="A6A6A6"/>
              <w:bottom w:val="single" w:sz="6" w:space="0" w:color="A6A6A6"/>
              <w:right w:val="single" w:sz="6" w:space="0" w:color="A6A6A6"/>
            </w:tcBorders>
            <w:tcMar>
              <w:top w:w="70" w:type="dxa"/>
              <w:left w:w="90" w:type="dxa"/>
              <w:bottom w:w="70" w:type="dxa"/>
              <w:right w:w="90" w:type="dxa"/>
            </w:tcMar>
          </w:tcPr>
          <w:p w14:paraId="48E82452" w14:textId="77777777" w:rsidR="004879AC" w:rsidRDefault="004879AC">
            <w:pPr>
              <w:spacing w:after="0"/>
            </w:pPr>
          </w:p>
        </w:tc>
      </w:tr>
      <w:tr w:rsidR="00CA6D24" w14:paraId="5FD99A89" w14:textId="77777777" w:rsidTr="00CA6D24">
        <w:trPr>
          <w:jc w:val="center"/>
        </w:trPr>
        <w:tc>
          <w:tcPr>
            <w:tcW w:w="3096" w:type="dxa"/>
            <w:tcBorders>
              <w:top w:val="single" w:sz="6" w:space="0" w:color="A6A6A6"/>
              <w:left w:val="single" w:sz="6" w:space="0" w:color="A6A6A6"/>
              <w:bottom w:val="single" w:sz="6" w:space="0" w:color="A6A6A6"/>
              <w:right w:val="single" w:sz="6" w:space="0" w:color="A6A6A6"/>
            </w:tcBorders>
            <w:shd w:val="clear" w:color="auto" w:fill="E7E6E6"/>
            <w:tcMar>
              <w:top w:w="70" w:type="dxa"/>
              <w:left w:w="90" w:type="dxa"/>
              <w:bottom w:w="70" w:type="dxa"/>
              <w:right w:w="90" w:type="dxa"/>
            </w:tcMar>
          </w:tcPr>
          <w:p w14:paraId="2A7956DC" w14:textId="6A7EB93A" w:rsidR="00CA6D24" w:rsidRDefault="00CA6D24">
            <w:pPr>
              <w:spacing w:after="0"/>
            </w:pPr>
            <w:r>
              <w:rPr>
                <w:b/>
                <w:color w:val="000000"/>
              </w:rPr>
              <w:t>Event / Initiative Date(s)</w:t>
            </w:r>
          </w:p>
        </w:tc>
        <w:tc>
          <w:tcPr>
            <w:tcW w:w="6983" w:type="dxa"/>
            <w:tcBorders>
              <w:top w:val="single" w:sz="6" w:space="0" w:color="A6A6A6"/>
              <w:left w:val="single" w:sz="6" w:space="0" w:color="A6A6A6"/>
              <w:bottom w:val="single" w:sz="6" w:space="0" w:color="A6A6A6"/>
              <w:right w:val="single" w:sz="6" w:space="0" w:color="A6A6A6"/>
            </w:tcBorders>
            <w:tcMar>
              <w:top w:w="70" w:type="dxa"/>
              <w:left w:w="90" w:type="dxa"/>
              <w:bottom w:w="70" w:type="dxa"/>
              <w:right w:w="90" w:type="dxa"/>
            </w:tcMar>
          </w:tcPr>
          <w:p w14:paraId="0C06117D" w14:textId="77777777" w:rsidR="00CA6D24" w:rsidRDefault="00CA6D24">
            <w:pPr>
              <w:spacing w:after="0"/>
            </w:pPr>
          </w:p>
        </w:tc>
      </w:tr>
      <w:tr w:rsidR="00CA6D24" w14:paraId="1BF1FB63" w14:textId="77777777" w:rsidTr="00CA6D24">
        <w:trPr>
          <w:jc w:val="center"/>
        </w:trPr>
        <w:tc>
          <w:tcPr>
            <w:tcW w:w="3096" w:type="dxa"/>
            <w:tcBorders>
              <w:top w:val="single" w:sz="6" w:space="0" w:color="A6A6A6"/>
              <w:left w:val="single" w:sz="6" w:space="0" w:color="A6A6A6"/>
              <w:bottom w:val="single" w:sz="6" w:space="0" w:color="A6A6A6"/>
              <w:right w:val="single" w:sz="6" w:space="0" w:color="A6A6A6"/>
            </w:tcBorders>
            <w:shd w:val="clear" w:color="auto" w:fill="E7E6E6"/>
            <w:tcMar>
              <w:top w:w="70" w:type="dxa"/>
              <w:left w:w="90" w:type="dxa"/>
              <w:bottom w:w="70" w:type="dxa"/>
              <w:right w:w="90" w:type="dxa"/>
            </w:tcMar>
          </w:tcPr>
          <w:p w14:paraId="3A0A6777" w14:textId="598D088E" w:rsidR="00CA6D24" w:rsidRDefault="00CA6D24">
            <w:pPr>
              <w:spacing w:after="0"/>
            </w:pPr>
            <w:r>
              <w:rPr>
                <w:b/>
                <w:color w:val="000000"/>
              </w:rPr>
              <w:t>Topic / Title of Event</w:t>
            </w:r>
          </w:p>
        </w:tc>
        <w:tc>
          <w:tcPr>
            <w:tcW w:w="6983" w:type="dxa"/>
            <w:tcBorders>
              <w:top w:val="single" w:sz="6" w:space="0" w:color="A6A6A6"/>
              <w:left w:val="single" w:sz="6" w:space="0" w:color="A6A6A6"/>
              <w:bottom w:val="single" w:sz="6" w:space="0" w:color="A6A6A6"/>
              <w:right w:val="single" w:sz="6" w:space="0" w:color="A6A6A6"/>
            </w:tcBorders>
            <w:tcMar>
              <w:top w:w="70" w:type="dxa"/>
              <w:left w:w="90" w:type="dxa"/>
              <w:bottom w:w="70" w:type="dxa"/>
              <w:right w:w="90" w:type="dxa"/>
            </w:tcMar>
          </w:tcPr>
          <w:p w14:paraId="3C301713" w14:textId="77777777" w:rsidR="00CA6D24" w:rsidRDefault="00CA6D24">
            <w:pPr>
              <w:spacing w:after="0"/>
            </w:pPr>
          </w:p>
        </w:tc>
      </w:tr>
      <w:tr w:rsidR="00CA6D24" w14:paraId="10352EA3" w14:textId="77777777" w:rsidTr="00CA6D24">
        <w:trPr>
          <w:jc w:val="center"/>
        </w:trPr>
        <w:tc>
          <w:tcPr>
            <w:tcW w:w="3096" w:type="dxa"/>
            <w:tcBorders>
              <w:top w:val="single" w:sz="6" w:space="0" w:color="A6A6A6"/>
              <w:left w:val="single" w:sz="6" w:space="0" w:color="A6A6A6"/>
              <w:bottom w:val="single" w:sz="6" w:space="0" w:color="A6A6A6"/>
              <w:right w:val="single" w:sz="6" w:space="0" w:color="A6A6A6"/>
            </w:tcBorders>
            <w:shd w:val="clear" w:color="auto" w:fill="E7E6E6"/>
            <w:tcMar>
              <w:top w:w="70" w:type="dxa"/>
              <w:left w:w="90" w:type="dxa"/>
              <w:bottom w:w="70" w:type="dxa"/>
              <w:right w:w="90" w:type="dxa"/>
            </w:tcMar>
          </w:tcPr>
          <w:p w14:paraId="2D45C362" w14:textId="6E8526D6" w:rsidR="00CA6D24" w:rsidRDefault="00CA6D24">
            <w:pPr>
              <w:spacing w:after="0"/>
            </w:pPr>
            <w:r>
              <w:rPr>
                <w:b/>
                <w:color w:val="000000"/>
              </w:rPr>
              <w:t>Fund Manager</w:t>
            </w:r>
          </w:p>
        </w:tc>
        <w:tc>
          <w:tcPr>
            <w:tcW w:w="6983" w:type="dxa"/>
            <w:tcBorders>
              <w:top w:val="single" w:sz="6" w:space="0" w:color="A6A6A6"/>
              <w:left w:val="single" w:sz="6" w:space="0" w:color="A6A6A6"/>
              <w:bottom w:val="single" w:sz="6" w:space="0" w:color="A6A6A6"/>
              <w:right w:val="single" w:sz="6" w:space="0" w:color="A6A6A6"/>
            </w:tcBorders>
            <w:tcMar>
              <w:top w:w="70" w:type="dxa"/>
              <w:left w:w="90" w:type="dxa"/>
              <w:bottom w:w="70" w:type="dxa"/>
              <w:right w:w="90" w:type="dxa"/>
            </w:tcMar>
          </w:tcPr>
          <w:p w14:paraId="686545D7" w14:textId="77777777" w:rsidR="00CA6D24" w:rsidRDefault="00CA6D24">
            <w:pPr>
              <w:spacing w:after="0"/>
            </w:pPr>
          </w:p>
        </w:tc>
      </w:tr>
      <w:tr w:rsidR="00CA6D24" w14:paraId="66DE80BB" w14:textId="77777777" w:rsidTr="00CA6D24">
        <w:trPr>
          <w:jc w:val="center"/>
        </w:trPr>
        <w:tc>
          <w:tcPr>
            <w:tcW w:w="3096" w:type="dxa"/>
            <w:tcBorders>
              <w:top w:val="single" w:sz="6" w:space="0" w:color="A6A6A6"/>
              <w:left w:val="single" w:sz="6" w:space="0" w:color="A6A6A6"/>
              <w:bottom w:val="single" w:sz="6" w:space="0" w:color="A6A6A6"/>
              <w:right w:val="single" w:sz="6" w:space="0" w:color="A6A6A6"/>
            </w:tcBorders>
            <w:shd w:val="clear" w:color="auto" w:fill="E7E6E6"/>
            <w:tcMar>
              <w:top w:w="70" w:type="dxa"/>
              <w:left w:w="90" w:type="dxa"/>
              <w:bottom w:w="70" w:type="dxa"/>
              <w:right w:w="90" w:type="dxa"/>
            </w:tcMar>
          </w:tcPr>
          <w:p w14:paraId="5C5BCBC0" w14:textId="15ACBB53" w:rsidR="00CA6D24" w:rsidRDefault="00CA6D24">
            <w:pPr>
              <w:spacing w:after="0"/>
              <w:rPr>
                <w:b/>
                <w:color w:val="000000"/>
              </w:rPr>
            </w:pPr>
            <w:r>
              <w:rPr>
                <w:b/>
                <w:color w:val="000000"/>
              </w:rPr>
              <w:t>NOSM U CEPD Accreditation</w:t>
            </w:r>
          </w:p>
        </w:tc>
        <w:tc>
          <w:tcPr>
            <w:tcW w:w="6983" w:type="dxa"/>
            <w:tcBorders>
              <w:top w:val="single" w:sz="6" w:space="0" w:color="A6A6A6"/>
              <w:left w:val="single" w:sz="6" w:space="0" w:color="A6A6A6"/>
              <w:bottom w:val="single" w:sz="6" w:space="0" w:color="A6A6A6"/>
              <w:right w:val="single" w:sz="6" w:space="0" w:color="A6A6A6"/>
            </w:tcBorders>
            <w:tcMar>
              <w:top w:w="70" w:type="dxa"/>
              <w:left w:w="90" w:type="dxa"/>
              <w:bottom w:w="70" w:type="dxa"/>
              <w:right w:w="90" w:type="dxa"/>
            </w:tcMar>
          </w:tcPr>
          <w:p w14:paraId="48A46C60" w14:textId="1E9B110F" w:rsidR="00CA6D24" w:rsidRDefault="00CA6D24">
            <w:pPr>
              <w:spacing w:after="0"/>
            </w:pPr>
            <w:r>
              <w:rPr>
                <w:color w:val="000000"/>
              </w:rPr>
              <w:t>☐ Yes     ☐ No     ☐ Not Applicable</w:t>
            </w:r>
          </w:p>
        </w:tc>
      </w:tr>
      <w:tr w:rsidR="00CA6D24" w14:paraId="527AD9F5" w14:textId="77777777" w:rsidTr="00CA6D24">
        <w:trPr>
          <w:jc w:val="center"/>
        </w:trPr>
        <w:tc>
          <w:tcPr>
            <w:tcW w:w="3096" w:type="dxa"/>
            <w:tcBorders>
              <w:top w:val="single" w:sz="6" w:space="0" w:color="A6A6A6"/>
              <w:left w:val="single" w:sz="6" w:space="0" w:color="A6A6A6"/>
              <w:bottom w:val="single" w:sz="6" w:space="0" w:color="A6A6A6"/>
              <w:right w:val="single" w:sz="6" w:space="0" w:color="A6A6A6"/>
            </w:tcBorders>
            <w:shd w:val="clear" w:color="auto" w:fill="E7E6E6"/>
            <w:tcMar>
              <w:top w:w="70" w:type="dxa"/>
              <w:left w:w="90" w:type="dxa"/>
              <w:bottom w:w="70" w:type="dxa"/>
              <w:right w:w="90" w:type="dxa"/>
            </w:tcMar>
          </w:tcPr>
          <w:p w14:paraId="634ADB69" w14:textId="59AF5A94" w:rsidR="00CA6D24" w:rsidRDefault="00CA6D24">
            <w:pPr>
              <w:spacing w:after="0"/>
            </w:pPr>
            <w:r>
              <w:rPr>
                <w:b/>
                <w:color w:val="000000"/>
              </w:rPr>
              <w:t>NOAMA Funds Requested</w:t>
            </w:r>
          </w:p>
        </w:tc>
        <w:tc>
          <w:tcPr>
            <w:tcW w:w="6983" w:type="dxa"/>
            <w:tcBorders>
              <w:top w:val="single" w:sz="6" w:space="0" w:color="A6A6A6"/>
              <w:left w:val="single" w:sz="6" w:space="0" w:color="A6A6A6"/>
              <w:bottom w:val="single" w:sz="6" w:space="0" w:color="A6A6A6"/>
              <w:right w:val="single" w:sz="6" w:space="0" w:color="A6A6A6"/>
            </w:tcBorders>
            <w:tcMar>
              <w:top w:w="70" w:type="dxa"/>
              <w:left w:w="90" w:type="dxa"/>
              <w:bottom w:w="70" w:type="dxa"/>
              <w:right w:w="90" w:type="dxa"/>
            </w:tcMar>
          </w:tcPr>
          <w:p w14:paraId="49D02DD3" w14:textId="32DBA064" w:rsidR="00CA6D24" w:rsidRDefault="00CA6D24">
            <w:pPr>
              <w:spacing w:after="0"/>
            </w:pPr>
            <w:r>
              <w:rPr>
                <w:color w:val="000000"/>
              </w:rPr>
              <w:t>$</w:t>
            </w:r>
          </w:p>
        </w:tc>
      </w:tr>
    </w:tbl>
    <w:p w14:paraId="0CA21944" w14:textId="77777777" w:rsidR="004879AC" w:rsidRDefault="004879AC">
      <w:pPr>
        <w:spacing w:after="20"/>
      </w:pPr>
    </w:p>
    <w:tbl>
      <w:tblPr>
        <w:tblW w:w="0" w:type="auto"/>
        <w:jc w:val="center"/>
        <w:tblLayout w:type="fixed"/>
        <w:tblLook w:val="04A0" w:firstRow="1" w:lastRow="0" w:firstColumn="1" w:lastColumn="0" w:noHBand="0" w:noVBand="1"/>
      </w:tblPr>
      <w:tblGrid>
        <w:gridCol w:w="10080"/>
      </w:tblGrid>
      <w:tr w:rsidR="004879AC" w14:paraId="16A6AF02" w14:textId="77777777">
        <w:trPr>
          <w:jc w:val="center"/>
        </w:trPr>
        <w:tc>
          <w:tcPr>
            <w:tcW w:w="10080" w:type="dxa"/>
            <w:shd w:val="clear" w:color="auto" w:fill="404040"/>
            <w:tcMar>
              <w:top w:w="55" w:type="dxa"/>
              <w:left w:w="90" w:type="dxa"/>
              <w:bottom w:w="55" w:type="dxa"/>
              <w:right w:w="90" w:type="dxa"/>
            </w:tcMar>
          </w:tcPr>
          <w:p w14:paraId="41AFF715" w14:textId="77777777" w:rsidR="004879AC" w:rsidRDefault="00A46949">
            <w:pPr>
              <w:spacing w:after="0"/>
            </w:pPr>
            <w:r>
              <w:rPr>
                <w:b/>
                <w:color w:val="FFFFFF"/>
              </w:rPr>
              <w:t>PROPOSAL</w:t>
            </w:r>
          </w:p>
        </w:tc>
      </w:tr>
    </w:tbl>
    <w:p w14:paraId="1394930E" w14:textId="77777777" w:rsidR="004879AC" w:rsidRDefault="004879AC">
      <w:pPr>
        <w:spacing w:after="20"/>
      </w:pPr>
    </w:p>
    <w:tbl>
      <w:tblPr>
        <w:tblW w:w="0" w:type="auto"/>
        <w:jc w:val="center"/>
        <w:tblLayout w:type="fixed"/>
        <w:tblLook w:val="04A0" w:firstRow="1" w:lastRow="0" w:firstColumn="1" w:lastColumn="0" w:noHBand="0" w:noVBand="1"/>
      </w:tblPr>
      <w:tblGrid>
        <w:gridCol w:w="10080"/>
      </w:tblGrid>
      <w:tr w:rsidR="004879AC" w14:paraId="6168B0EB" w14:textId="77777777">
        <w:trPr>
          <w:jc w:val="center"/>
        </w:trPr>
        <w:tc>
          <w:tcPr>
            <w:tcW w:w="10080" w:type="dxa"/>
            <w:tcBorders>
              <w:top w:val="single" w:sz="6" w:space="0" w:color="A6A6A6"/>
              <w:left w:val="single" w:sz="6" w:space="0" w:color="A6A6A6"/>
              <w:bottom w:val="single" w:sz="6" w:space="0" w:color="A6A6A6"/>
              <w:right w:val="single" w:sz="6" w:space="0" w:color="A6A6A6"/>
            </w:tcBorders>
            <w:shd w:val="clear" w:color="auto" w:fill="E7E6E6"/>
            <w:tcMar>
              <w:top w:w="70" w:type="dxa"/>
              <w:left w:w="90" w:type="dxa"/>
              <w:bottom w:w="70" w:type="dxa"/>
              <w:right w:w="90" w:type="dxa"/>
            </w:tcMar>
          </w:tcPr>
          <w:p w14:paraId="45DA43D2" w14:textId="77777777" w:rsidR="004879AC" w:rsidRDefault="00A46949">
            <w:pPr>
              <w:spacing w:after="0"/>
            </w:pPr>
            <w:r>
              <w:rPr>
                <w:b/>
                <w:color w:val="000000"/>
              </w:rPr>
              <w:t>1. Purpose</w:t>
            </w:r>
          </w:p>
        </w:tc>
      </w:tr>
      <w:tr w:rsidR="004879AC" w14:paraId="266DF2D4" w14:textId="77777777">
        <w:trPr>
          <w:jc w:val="center"/>
        </w:trPr>
        <w:tc>
          <w:tcPr>
            <w:tcW w:w="10080" w:type="dxa"/>
            <w:tcBorders>
              <w:top w:val="single" w:sz="6" w:space="0" w:color="A6A6A6"/>
              <w:left w:val="single" w:sz="6" w:space="0" w:color="A6A6A6"/>
              <w:bottom w:val="single" w:sz="6" w:space="0" w:color="A6A6A6"/>
              <w:right w:val="single" w:sz="6" w:space="0" w:color="A6A6A6"/>
            </w:tcBorders>
            <w:tcMar>
              <w:top w:w="70" w:type="dxa"/>
              <w:left w:w="90" w:type="dxa"/>
              <w:bottom w:w="70" w:type="dxa"/>
              <w:right w:w="90" w:type="dxa"/>
            </w:tcMar>
          </w:tcPr>
          <w:p w14:paraId="08581B37" w14:textId="77777777" w:rsidR="004879AC" w:rsidRPr="0065645B" w:rsidRDefault="00A46949">
            <w:pPr>
              <w:spacing w:after="0"/>
              <w:rPr>
                <w:color w:val="808080" w:themeColor="background1" w:themeShade="80"/>
              </w:rPr>
            </w:pPr>
            <w:r>
              <w:rPr>
                <w:color w:val="666666"/>
                <w:sz w:val="16"/>
              </w:rPr>
              <w:t xml:space="preserve">Briefly describe the initiative, why it is being proposed, and the need it is intended to </w:t>
            </w:r>
            <w:r w:rsidRPr="0065645B">
              <w:rPr>
                <w:color w:val="808080" w:themeColor="background1" w:themeShade="80"/>
                <w:sz w:val="16"/>
              </w:rPr>
              <w:t>address.</w:t>
            </w:r>
          </w:p>
          <w:p w14:paraId="3718B96A" w14:textId="77777777" w:rsidR="004879AC" w:rsidRDefault="004879AC">
            <w:pPr>
              <w:spacing w:after="0" w:line="240" w:lineRule="auto"/>
            </w:pPr>
          </w:p>
          <w:p w14:paraId="4A8DE655" w14:textId="77777777" w:rsidR="004879AC" w:rsidRDefault="004879AC">
            <w:pPr>
              <w:spacing w:after="0" w:line="240" w:lineRule="auto"/>
            </w:pPr>
          </w:p>
          <w:p w14:paraId="40CA2804" w14:textId="77777777" w:rsidR="004879AC" w:rsidRDefault="004879AC">
            <w:pPr>
              <w:spacing w:after="0" w:line="240" w:lineRule="auto"/>
            </w:pPr>
          </w:p>
        </w:tc>
      </w:tr>
    </w:tbl>
    <w:p w14:paraId="63096C88" w14:textId="77777777" w:rsidR="004879AC" w:rsidRDefault="004879AC">
      <w:pPr>
        <w:spacing w:after="0"/>
      </w:pPr>
    </w:p>
    <w:tbl>
      <w:tblPr>
        <w:tblW w:w="0" w:type="auto"/>
        <w:jc w:val="center"/>
        <w:tblLayout w:type="fixed"/>
        <w:tblLook w:val="04A0" w:firstRow="1" w:lastRow="0" w:firstColumn="1" w:lastColumn="0" w:noHBand="0" w:noVBand="1"/>
      </w:tblPr>
      <w:tblGrid>
        <w:gridCol w:w="10080"/>
      </w:tblGrid>
      <w:tr w:rsidR="004879AC" w14:paraId="30C75527" w14:textId="77777777">
        <w:trPr>
          <w:jc w:val="center"/>
        </w:trPr>
        <w:tc>
          <w:tcPr>
            <w:tcW w:w="10080" w:type="dxa"/>
            <w:tcBorders>
              <w:top w:val="single" w:sz="6" w:space="0" w:color="A6A6A6"/>
              <w:left w:val="single" w:sz="6" w:space="0" w:color="A6A6A6"/>
              <w:bottom w:val="single" w:sz="6" w:space="0" w:color="A6A6A6"/>
              <w:right w:val="single" w:sz="6" w:space="0" w:color="A6A6A6"/>
            </w:tcBorders>
            <w:shd w:val="clear" w:color="auto" w:fill="E7E6E6"/>
            <w:tcMar>
              <w:top w:w="70" w:type="dxa"/>
              <w:left w:w="90" w:type="dxa"/>
              <w:bottom w:w="70" w:type="dxa"/>
              <w:right w:w="90" w:type="dxa"/>
            </w:tcMar>
          </w:tcPr>
          <w:p w14:paraId="7B957C1D" w14:textId="77777777" w:rsidR="004879AC" w:rsidRDefault="00A46949">
            <w:pPr>
              <w:spacing w:after="0"/>
            </w:pPr>
            <w:r>
              <w:rPr>
                <w:b/>
                <w:color w:val="000000"/>
              </w:rPr>
              <w:t>2. Format and Participants</w:t>
            </w:r>
          </w:p>
        </w:tc>
      </w:tr>
      <w:tr w:rsidR="004879AC" w14:paraId="7B62EB72" w14:textId="77777777">
        <w:trPr>
          <w:jc w:val="center"/>
        </w:trPr>
        <w:tc>
          <w:tcPr>
            <w:tcW w:w="10080" w:type="dxa"/>
            <w:tcBorders>
              <w:top w:val="single" w:sz="6" w:space="0" w:color="A6A6A6"/>
              <w:left w:val="single" w:sz="6" w:space="0" w:color="A6A6A6"/>
              <w:bottom w:val="single" w:sz="6" w:space="0" w:color="A6A6A6"/>
              <w:right w:val="single" w:sz="6" w:space="0" w:color="A6A6A6"/>
            </w:tcBorders>
            <w:tcMar>
              <w:top w:w="70" w:type="dxa"/>
              <w:left w:w="90" w:type="dxa"/>
              <w:bottom w:w="70" w:type="dxa"/>
              <w:right w:w="90" w:type="dxa"/>
            </w:tcMar>
          </w:tcPr>
          <w:p w14:paraId="6A1A934E" w14:textId="77777777" w:rsidR="004879AC" w:rsidRDefault="00A46949">
            <w:pPr>
              <w:spacing w:after="0"/>
            </w:pPr>
            <w:r>
              <w:rPr>
                <w:color w:val="666666"/>
                <w:sz w:val="16"/>
              </w:rPr>
              <w:t>Describe the format (e.g., in-person, virtual, hybrid), anticipated participants, and expected attendance.</w:t>
            </w:r>
          </w:p>
          <w:p w14:paraId="189204E2" w14:textId="77777777" w:rsidR="004879AC" w:rsidRDefault="004879AC">
            <w:pPr>
              <w:spacing w:after="0" w:line="240" w:lineRule="auto"/>
            </w:pPr>
          </w:p>
          <w:p w14:paraId="34D21B02" w14:textId="77777777" w:rsidR="004879AC" w:rsidRDefault="004879AC">
            <w:pPr>
              <w:spacing w:after="0" w:line="240" w:lineRule="auto"/>
            </w:pPr>
          </w:p>
        </w:tc>
      </w:tr>
    </w:tbl>
    <w:p w14:paraId="1CEF7ECF" w14:textId="77777777" w:rsidR="004879AC" w:rsidRDefault="004879AC">
      <w:pPr>
        <w:spacing w:after="0"/>
      </w:pPr>
    </w:p>
    <w:tbl>
      <w:tblPr>
        <w:tblW w:w="0" w:type="auto"/>
        <w:jc w:val="center"/>
        <w:tblLayout w:type="fixed"/>
        <w:tblLook w:val="04A0" w:firstRow="1" w:lastRow="0" w:firstColumn="1" w:lastColumn="0" w:noHBand="0" w:noVBand="1"/>
      </w:tblPr>
      <w:tblGrid>
        <w:gridCol w:w="10080"/>
      </w:tblGrid>
      <w:tr w:rsidR="004879AC" w14:paraId="043CE3EF" w14:textId="77777777">
        <w:trPr>
          <w:jc w:val="center"/>
        </w:trPr>
        <w:tc>
          <w:tcPr>
            <w:tcW w:w="10080" w:type="dxa"/>
            <w:tcBorders>
              <w:top w:val="single" w:sz="6" w:space="0" w:color="A6A6A6"/>
              <w:left w:val="single" w:sz="6" w:space="0" w:color="A6A6A6"/>
              <w:bottom w:val="single" w:sz="6" w:space="0" w:color="A6A6A6"/>
              <w:right w:val="single" w:sz="6" w:space="0" w:color="A6A6A6"/>
            </w:tcBorders>
            <w:shd w:val="clear" w:color="auto" w:fill="E7E6E6"/>
            <w:tcMar>
              <w:top w:w="70" w:type="dxa"/>
              <w:left w:w="90" w:type="dxa"/>
              <w:bottom w:w="70" w:type="dxa"/>
              <w:right w:w="90" w:type="dxa"/>
            </w:tcMar>
          </w:tcPr>
          <w:p w14:paraId="2AE0918F" w14:textId="77777777" w:rsidR="004879AC" w:rsidRDefault="00A46949">
            <w:pPr>
              <w:spacing w:after="0"/>
            </w:pPr>
            <w:r>
              <w:rPr>
                <w:b/>
                <w:color w:val="000000"/>
              </w:rPr>
              <w:t>3. Learning Objectives</w:t>
            </w:r>
          </w:p>
        </w:tc>
      </w:tr>
      <w:tr w:rsidR="004879AC" w14:paraId="16FA1E11" w14:textId="77777777">
        <w:trPr>
          <w:jc w:val="center"/>
        </w:trPr>
        <w:tc>
          <w:tcPr>
            <w:tcW w:w="10080" w:type="dxa"/>
            <w:tcBorders>
              <w:top w:val="single" w:sz="6" w:space="0" w:color="A6A6A6"/>
              <w:left w:val="single" w:sz="6" w:space="0" w:color="A6A6A6"/>
              <w:bottom w:val="single" w:sz="6" w:space="0" w:color="A6A6A6"/>
              <w:right w:val="single" w:sz="6" w:space="0" w:color="A6A6A6"/>
            </w:tcBorders>
            <w:tcMar>
              <w:top w:w="70" w:type="dxa"/>
              <w:left w:w="90" w:type="dxa"/>
              <w:bottom w:w="70" w:type="dxa"/>
              <w:right w:w="90" w:type="dxa"/>
            </w:tcMar>
          </w:tcPr>
          <w:p w14:paraId="2F00F828" w14:textId="77777777" w:rsidR="004879AC" w:rsidRDefault="00A46949">
            <w:pPr>
              <w:spacing w:after="0"/>
            </w:pPr>
            <w:r>
              <w:rPr>
                <w:color w:val="666666"/>
                <w:sz w:val="16"/>
              </w:rPr>
              <w:t>List the key learning, faculty development, planning, or academic objectives for the initiative.</w:t>
            </w:r>
          </w:p>
          <w:p w14:paraId="533CD013" w14:textId="77777777" w:rsidR="004879AC" w:rsidRDefault="004879AC">
            <w:pPr>
              <w:spacing w:after="0" w:line="240" w:lineRule="auto"/>
            </w:pPr>
          </w:p>
          <w:p w14:paraId="5F0755EC" w14:textId="77777777" w:rsidR="004879AC" w:rsidRDefault="004879AC">
            <w:pPr>
              <w:spacing w:after="0" w:line="240" w:lineRule="auto"/>
            </w:pPr>
          </w:p>
          <w:p w14:paraId="37782397" w14:textId="77777777" w:rsidR="004879AC" w:rsidRDefault="004879AC">
            <w:pPr>
              <w:spacing w:after="0" w:line="240" w:lineRule="auto"/>
            </w:pPr>
          </w:p>
        </w:tc>
      </w:tr>
    </w:tbl>
    <w:p w14:paraId="14602D39" w14:textId="77777777" w:rsidR="004879AC" w:rsidRDefault="004879AC">
      <w:pPr>
        <w:spacing w:after="0"/>
      </w:pPr>
    </w:p>
    <w:tbl>
      <w:tblPr>
        <w:tblW w:w="0" w:type="auto"/>
        <w:jc w:val="center"/>
        <w:tblLayout w:type="fixed"/>
        <w:tblLook w:val="04A0" w:firstRow="1" w:lastRow="0" w:firstColumn="1" w:lastColumn="0" w:noHBand="0" w:noVBand="1"/>
      </w:tblPr>
      <w:tblGrid>
        <w:gridCol w:w="10080"/>
      </w:tblGrid>
      <w:tr w:rsidR="004879AC" w14:paraId="2D7F2EF4" w14:textId="77777777">
        <w:trPr>
          <w:jc w:val="center"/>
        </w:trPr>
        <w:tc>
          <w:tcPr>
            <w:tcW w:w="10080" w:type="dxa"/>
            <w:tcBorders>
              <w:top w:val="single" w:sz="6" w:space="0" w:color="A6A6A6"/>
              <w:left w:val="single" w:sz="6" w:space="0" w:color="A6A6A6"/>
              <w:bottom w:val="single" w:sz="6" w:space="0" w:color="A6A6A6"/>
              <w:right w:val="single" w:sz="6" w:space="0" w:color="A6A6A6"/>
            </w:tcBorders>
            <w:shd w:val="clear" w:color="auto" w:fill="E7E6E6"/>
            <w:tcMar>
              <w:top w:w="70" w:type="dxa"/>
              <w:left w:w="90" w:type="dxa"/>
              <w:bottom w:w="70" w:type="dxa"/>
              <w:right w:w="90" w:type="dxa"/>
            </w:tcMar>
          </w:tcPr>
          <w:p w14:paraId="48B39C47" w14:textId="77777777" w:rsidR="004879AC" w:rsidRDefault="00A46949">
            <w:pPr>
              <w:spacing w:after="0"/>
            </w:pPr>
            <w:r>
              <w:rPr>
                <w:b/>
                <w:color w:val="000000"/>
              </w:rPr>
              <w:t>4. Academic Alignment and Expected Outcomes</w:t>
            </w:r>
          </w:p>
        </w:tc>
      </w:tr>
      <w:tr w:rsidR="004879AC" w14:paraId="64937EA2" w14:textId="77777777" w:rsidTr="00F04DA2">
        <w:trPr>
          <w:trHeight w:val="1375"/>
          <w:jc w:val="center"/>
        </w:trPr>
        <w:tc>
          <w:tcPr>
            <w:tcW w:w="10080" w:type="dxa"/>
            <w:tcBorders>
              <w:top w:val="single" w:sz="6" w:space="0" w:color="A6A6A6"/>
              <w:left w:val="single" w:sz="6" w:space="0" w:color="A6A6A6"/>
              <w:bottom w:val="single" w:sz="6" w:space="0" w:color="A6A6A6"/>
              <w:right w:val="single" w:sz="6" w:space="0" w:color="A6A6A6"/>
            </w:tcBorders>
            <w:tcMar>
              <w:top w:w="70" w:type="dxa"/>
              <w:left w:w="90" w:type="dxa"/>
              <w:bottom w:w="70" w:type="dxa"/>
              <w:right w:w="90" w:type="dxa"/>
            </w:tcMar>
          </w:tcPr>
          <w:p w14:paraId="03391458" w14:textId="77777777" w:rsidR="004879AC" w:rsidRDefault="00A46949">
            <w:pPr>
              <w:spacing w:after="0"/>
            </w:pPr>
            <w:r>
              <w:rPr>
                <w:color w:val="666666"/>
                <w:sz w:val="16"/>
              </w:rPr>
              <w:t>Describe how the initiative supports NOSM University’s academic mandate and the Section’s priorities, including anticipated outcomes or indicators of success.</w:t>
            </w:r>
          </w:p>
          <w:p w14:paraId="3FCE354E" w14:textId="77777777" w:rsidR="004879AC" w:rsidRDefault="004879AC">
            <w:pPr>
              <w:spacing w:after="0" w:line="240" w:lineRule="auto"/>
            </w:pPr>
          </w:p>
          <w:p w14:paraId="64DFDA29" w14:textId="77777777" w:rsidR="004879AC" w:rsidRDefault="004879AC">
            <w:pPr>
              <w:spacing w:after="0" w:line="240" w:lineRule="auto"/>
            </w:pPr>
          </w:p>
          <w:p w14:paraId="7AC14C27" w14:textId="77777777" w:rsidR="004879AC" w:rsidRDefault="004879AC">
            <w:pPr>
              <w:spacing w:after="0" w:line="240" w:lineRule="auto"/>
            </w:pPr>
          </w:p>
        </w:tc>
      </w:tr>
    </w:tbl>
    <w:p w14:paraId="096E0078" w14:textId="4D79D815" w:rsidR="00CA6D24" w:rsidRDefault="00CA6D24">
      <w:pPr>
        <w:spacing w:after="0"/>
      </w:pPr>
    </w:p>
    <w:p w14:paraId="56638601" w14:textId="77777777" w:rsidR="00CA6D24" w:rsidRDefault="00CA6D24">
      <w:r>
        <w:br w:type="page"/>
      </w:r>
    </w:p>
    <w:p w14:paraId="06ED0231" w14:textId="77777777" w:rsidR="004879AC" w:rsidRDefault="004879AC">
      <w:pPr>
        <w:spacing w:after="0"/>
      </w:pPr>
    </w:p>
    <w:tbl>
      <w:tblPr>
        <w:tblW w:w="0" w:type="auto"/>
        <w:jc w:val="center"/>
        <w:tblLayout w:type="fixed"/>
        <w:tblLook w:val="04A0" w:firstRow="1" w:lastRow="0" w:firstColumn="1" w:lastColumn="0" w:noHBand="0" w:noVBand="1"/>
      </w:tblPr>
      <w:tblGrid>
        <w:gridCol w:w="10160"/>
      </w:tblGrid>
      <w:tr w:rsidR="004879AC" w14:paraId="221CA53D" w14:textId="77777777" w:rsidTr="00CA6D24">
        <w:trPr>
          <w:jc w:val="center"/>
        </w:trPr>
        <w:tc>
          <w:tcPr>
            <w:tcW w:w="10160" w:type="dxa"/>
            <w:tcBorders>
              <w:top w:val="single" w:sz="6" w:space="0" w:color="A6A6A6"/>
              <w:left w:val="single" w:sz="6" w:space="0" w:color="A6A6A6"/>
              <w:bottom w:val="single" w:sz="6" w:space="0" w:color="A6A6A6"/>
              <w:right w:val="single" w:sz="6" w:space="0" w:color="A6A6A6"/>
            </w:tcBorders>
            <w:shd w:val="clear" w:color="auto" w:fill="E7E6E6"/>
            <w:tcMar>
              <w:top w:w="70" w:type="dxa"/>
              <w:left w:w="90" w:type="dxa"/>
              <w:bottom w:w="70" w:type="dxa"/>
              <w:right w:w="90" w:type="dxa"/>
            </w:tcMar>
          </w:tcPr>
          <w:p w14:paraId="5C14B97C" w14:textId="77777777" w:rsidR="004879AC" w:rsidRPr="00CA6D24" w:rsidRDefault="00A46949">
            <w:pPr>
              <w:spacing w:after="0"/>
              <w:rPr>
                <w:b/>
                <w:color w:val="000000"/>
              </w:rPr>
            </w:pPr>
            <w:r>
              <w:rPr>
                <w:b/>
                <w:color w:val="000000"/>
              </w:rPr>
              <w:t>5. Timing / Work Plan</w:t>
            </w:r>
          </w:p>
        </w:tc>
      </w:tr>
      <w:tr w:rsidR="004879AC" w14:paraId="2CD594AA" w14:textId="77777777" w:rsidTr="00CA6D24">
        <w:trPr>
          <w:trHeight w:val="1228"/>
          <w:jc w:val="center"/>
        </w:trPr>
        <w:tc>
          <w:tcPr>
            <w:tcW w:w="10160" w:type="dxa"/>
            <w:tcBorders>
              <w:top w:val="single" w:sz="6" w:space="0" w:color="A6A6A6"/>
              <w:left w:val="single" w:sz="6" w:space="0" w:color="A6A6A6"/>
              <w:bottom w:val="single" w:sz="6" w:space="0" w:color="A6A6A6"/>
              <w:right w:val="single" w:sz="6" w:space="0" w:color="A6A6A6"/>
            </w:tcBorders>
            <w:tcMar>
              <w:top w:w="70" w:type="dxa"/>
              <w:left w:w="90" w:type="dxa"/>
              <w:bottom w:w="70" w:type="dxa"/>
              <w:right w:w="90" w:type="dxa"/>
            </w:tcMar>
          </w:tcPr>
          <w:p w14:paraId="3FFBCACF" w14:textId="77777777" w:rsidR="004879AC" w:rsidRPr="00CA6D24" w:rsidRDefault="00A46949">
            <w:pPr>
              <w:spacing w:after="0"/>
              <w:rPr>
                <w:color w:val="666666"/>
                <w:sz w:val="16"/>
              </w:rPr>
            </w:pPr>
            <w:r w:rsidRPr="00CA6D24">
              <w:rPr>
                <w:color w:val="666666"/>
                <w:sz w:val="16"/>
              </w:rPr>
              <w:t>Provide the key dates and major activities required to deliver the initiative.</w:t>
            </w:r>
          </w:p>
          <w:p w14:paraId="39A04323" w14:textId="77777777" w:rsidR="004879AC" w:rsidRPr="00CA6D24" w:rsidRDefault="004879AC">
            <w:pPr>
              <w:spacing w:after="0" w:line="240" w:lineRule="auto"/>
              <w:rPr>
                <w:b/>
                <w:color w:val="000000"/>
              </w:rPr>
            </w:pPr>
          </w:p>
          <w:p w14:paraId="543C6AAF" w14:textId="77777777" w:rsidR="004879AC" w:rsidRPr="00CA6D24" w:rsidRDefault="004879AC">
            <w:pPr>
              <w:spacing w:after="0" w:line="240" w:lineRule="auto"/>
              <w:rPr>
                <w:b/>
                <w:color w:val="000000"/>
              </w:rPr>
            </w:pPr>
          </w:p>
        </w:tc>
      </w:tr>
    </w:tbl>
    <w:p w14:paraId="18B5167A" w14:textId="77777777" w:rsidR="004879AC" w:rsidRDefault="004879AC">
      <w:pPr>
        <w:spacing w:after="0"/>
      </w:pPr>
    </w:p>
    <w:tbl>
      <w:tblPr>
        <w:tblW w:w="0" w:type="auto"/>
        <w:jc w:val="center"/>
        <w:tblLayout w:type="fixed"/>
        <w:tblLook w:val="04A0" w:firstRow="1" w:lastRow="0" w:firstColumn="1" w:lastColumn="0" w:noHBand="0" w:noVBand="1"/>
      </w:tblPr>
      <w:tblGrid>
        <w:gridCol w:w="10276"/>
      </w:tblGrid>
      <w:tr w:rsidR="004879AC" w14:paraId="1076D4A5" w14:textId="77777777" w:rsidTr="00F04DA2">
        <w:trPr>
          <w:jc w:val="center"/>
        </w:trPr>
        <w:tc>
          <w:tcPr>
            <w:tcW w:w="10276" w:type="dxa"/>
            <w:shd w:val="clear" w:color="auto" w:fill="404040"/>
            <w:tcMar>
              <w:top w:w="55" w:type="dxa"/>
              <w:left w:w="90" w:type="dxa"/>
              <w:bottom w:w="55" w:type="dxa"/>
              <w:right w:w="90" w:type="dxa"/>
            </w:tcMar>
          </w:tcPr>
          <w:p w14:paraId="762BFC31" w14:textId="77777777" w:rsidR="004879AC" w:rsidRDefault="00A46949">
            <w:pPr>
              <w:spacing w:after="0"/>
            </w:pPr>
            <w:r>
              <w:rPr>
                <w:b/>
                <w:color w:val="FFFFFF"/>
              </w:rPr>
              <w:t>DETAILED BUDGET</w:t>
            </w:r>
          </w:p>
        </w:tc>
      </w:tr>
    </w:tbl>
    <w:p w14:paraId="39C886B3" w14:textId="77777777" w:rsidR="004879AC" w:rsidRDefault="004879AC">
      <w:pPr>
        <w:spacing w:after="20"/>
      </w:pPr>
    </w:p>
    <w:p w14:paraId="5CE442D0" w14:textId="77777777" w:rsidR="004879AC" w:rsidRDefault="00A46949">
      <w:pPr>
        <w:spacing w:after="100"/>
      </w:pPr>
      <w:r>
        <w:t>Identify all anticipated costs and funding sources. Sections with discipline-specific LEGs should identify any LEG contribution, where appropriate, and applicants should demonstrate reasonable efforts to leverage other available funding sources.</w:t>
      </w:r>
    </w:p>
    <w:tbl>
      <w:tblPr>
        <w:tblStyle w:val="TableGridLight"/>
        <w:tblW w:w="10348" w:type="dxa"/>
        <w:tblInd w:w="108" w:type="dxa"/>
        <w:tblLayout w:type="fixed"/>
        <w:tblLook w:val="04A0" w:firstRow="1" w:lastRow="0" w:firstColumn="1" w:lastColumn="0" w:noHBand="0" w:noVBand="1"/>
      </w:tblPr>
      <w:tblGrid>
        <w:gridCol w:w="3420"/>
        <w:gridCol w:w="1800"/>
        <w:gridCol w:w="1620"/>
        <w:gridCol w:w="1710"/>
        <w:gridCol w:w="1798"/>
      </w:tblGrid>
      <w:tr w:rsidR="00251807" w14:paraId="10455659" w14:textId="6A293EDD" w:rsidTr="00CA6D24">
        <w:tc>
          <w:tcPr>
            <w:tcW w:w="3420" w:type="dxa"/>
          </w:tcPr>
          <w:p w14:paraId="3BE411D6" w14:textId="77777777" w:rsidR="00251807" w:rsidRPr="00251807" w:rsidRDefault="00251807" w:rsidP="00251807">
            <w:pPr>
              <w:jc w:val="center"/>
              <w:rPr>
                <w:szCs w:val="18"/>
              </w:rPr>
            </w:pPr>
            <w:r w:rsidRPr="00251807">
              <w:rPr>
                <w:b/>
                <w:szCs w:val="18"/>
              </w:rPr>
              <w:t>Budget Category / Description</w:t>
            </w:r>
          </w:p>
        </w:tc>
        <w:tc>
          <w:tcPr>
            <w:tcW w:w="1800" w:type="dxa"/>
          </w:tcPr>
          <w:p w14:paraId="378D0447" w14:textId="78225088" w:rsidR="00251807" w:rsidRPr="00251807" w:rsidRDefault="00251807" w:rsidP="00251807">
            <w:pPr>
              <w:jc w:val="center"/>
              <w:rPr>
                <w:szCs w:val="18"/>
              </w:rPr>
            </w:pPr>
            <w:r w:rsidRPr="00251807">
              <w:rPr>
                <w:b/>
                <w:szCs w:val="18"/>
              </w:rPr>
              <w:t xml:space="preserve">NOAMA </w:t>
            </w:r>
            <w:r w:rsidR="00CA6D24">
              <w:rPr>
                <w:b/>
                <w:szCs w:val="18"/>
              </w:rPr>
              <w:br/>
            </w:r>
            <w:r w:rsidRPr="00251807">
              <w:rPr>
                <w:b/>
                <w:szCs w:val="18"/>
              </w:rPr>
              <w:t>Funding</w:t>
            </w:r>
          </w:p>
        </w:tc>
        <w:tc>
          <w:tcPr>
            <w:tcW w:w="1620" w:type="dxa"/>
          </w:tcPr>
          <w:p w14:paraId="75D27015" w14:textId="77365AD8" w:rsidR="00251807" w:rsidRPr="00251807" w:rsidRDefault="00251807" w:rsidP="00251807">
            <w:pPr>
              <w:jc w:val="center"/>
              <w:rPr>
                <w:b/>
                <w:bCs/>
                <w:szCs w:val="18"/>
              </w:rPr>
            </w:pPr>
            <w:r w:rsidRPr="00251807">
              <w:rPr>
                <w:b/>
                <w:bCs/>
                <w:szCs w:val="18"/>
              </w:rPr>
              <w:t xml:space="preserve">LEG </w:t>
            </w:r>
            <w:r w:rsidR="00CA6D24">
              <w:rPr>
                <w:b/>
                <w:bCs/>
                <w:szCs w:val="18"/>
              </w:rPr>
              <w:br/>
            </w:r>
            <w:r w:rsidRPr="00251807">
              <w:rPr>
                <w:b/>
                <w:bCs/>
                <w:szCs w:val="18"/>
              </w:rPr>
              <w:t>Contributions</w:t>
            </w:r>
          </w:p>
        </w:tc>
        <w:tc>
          <w:tcPr>
            <w:tcW w:w="1710" w:type="dxa"/>
          </w:tcPr>
          <w:p w14:paraId="55EED939" w14:textId="77777777" w:rsidR="00251807" w:rsidRPr="00251807" w:rsidRDefault="00251807" w:rsidP="00251807">
            <w:pPr>
              <w:jc w:val="center"/>
              <w:rPr>
                <w:b/>
                <w:bCs/>
                <w:szCs w:val="18"/>
              </w:rPr>
            </w:pPr>
            <w:r w:rsidRPr="00251807">
              <w:rPr>
                <w:b/>
                <w:bCs/>
                <w:szCs w:val="18"/>
              </w:rPr>
              <w:t>Other Funding</w:t>
            </w:r>
          </w:p>
          <w:p w14:paraId="37E9E0D9" w14:textId="73611590" w:rsidR="00251807" w:rsidRPr="00251807" w:rsidRDefault="00251807" w:rsidP="00251807">
            <w:pPr>
              <w:jc w:val="center"/>
              <w:rPr>
                <w:b/>
                <w:bCs/>
                <w:szCs w:val="18"/>
              </w:rPr>
            </w:pPr>
            <w:r w:rsidRPr="00251807">
              <w:rPr>
                <w:b/>
                <w:bCs/>
                <w:szCs w:val="18"/>
              </w:rPr>
              <w:t>Sources</w:t>
            </w:r>
          </w:p>
        </w:tc>
        <w:tc>
          <w:tcPr>
            <w:tcW w:w="1798" w:type="dxa"/>
          </w:tcPr>
          <w:p w14:paraId="2263C27F" w14:textId="431857B3" w:rsidR="00251807" w:rsidRPr="00251807" w:rsidRDefault="00251807" w:rsidP="00251807">
            <w:pPr>
              <w:jc w:val="center"/>
              <w:rPr>
                <w:b/>
                <w:bCs/>
                <w:szCs w:val="18"/>
              </w:rPr>
            </w:pPr>
            <w:r w:rsidRPr="00251807">
              <w:rPr>
                <w:b/>
                <w:bCs/>
                <w:szCs w:val="18"/>
              </w:rPr>
              <w:t>TOTAL</w:t>
            </w:r>
          </w:p>
        </w:tc>
      </w:tr>
      <w:tr w:rsidR="00CA6D24" w14:paraId="1E3B002E" w14:textId="5F82635A" w:rsidTr="00CA6D24">
        <w:trPr>
          <w:trHeight w:val="369"/>
        </w:trPr>
        <w:tc>
          <w:tcPr>
            <w:tcW w:w="3420" w:type="dxa"/>
          </w:tcPr>
          <w:p w14:paraId="4F0E4F4D" w14:textId="77777777" w:rsidR="00CA6D24" w:rsidRPr="00251807" w:rsidRDefault="00CA6D24" w:rsidP="00CA6D24">
            <w:pPr>
              <w:rPr>
                <w:szCs w:val="18"/>
              </w:rPr>
            </w:pPr>
            <w:r w:rsidRPr="00251807">
              <w:rPr>
                <w:color w:val="000000"/>
                <w:szCs w:val="18"/>
              </w:rPr>
              <w:t>Venue / Meeting Costs</w:t>
            </w:r>
          </w:p>
        </w:tc>
        <w:tc>
          <w:tcPr>
            <w:tcW w:w="1800" w:type="dxa"/>
          </w:tcPr>
          <w:p w14:paraId="730514F0" w14:textId="77777777" w:rsidR="00CA6D24" w:rsidRPr="00251807" w:rsidRDefault="00CA6D24" w:rsidP="00CA6D24">
            <w:pPr>
              <w:rPr>
                <w:szCs w:val="18"/>
              </w:rPr>
            </w:pPr>
            <w:r w:rsidRPr="00251807">
              <w:rPr>
                <w:color w:val="000000"/>
                <w:szCs w:val="18"/>
              </w:rPr>
              <w:t>$</w:t>
            </w:r>
          </w:p>
        </w:tc>
        <w:tc>
          <w:tcPr>
            <w:tcW w:w="1620" w:type="dxa"/>
          </w:tcPr>
          <w:p w14:paraId="41C03D2A" w14:textId="5778ABB9" w:rsidR="00CA6D24" w:rsidRPr="00251807" w:rsidRDefault="00CA6D24" w:rsidP="00CA6D24">
            <w:pPr>
              <w:rPr>
                <w:color w:val="000000"/>
                <w:szCs w:val="18"/>
              </w:rPr>
            </w:pPr>
            <w:r w:rsidRPr="00251807">
              <w:rPr>
                <w:color w:val="000000"/>
                <w:szCs w:val="18"/>
              </w:rPr>
              <w:t>$</w:t>
            </w:r>
          </w:p>
        </w:tc>
        <w:tc>
          <w:tcPr>
            <w:tcW w:w="1710" w:type="dxa"/>
          </w:tcPr>
          <w:p w14:paraId="25011E78" w14:textId="2522C3DA" w:rsidR="00CA6D24" w:rsidRPr="00251807" w:rsidRDefault="00CA6D24" w:rsidP="00CA6D24">
            <w:pPr>
              <w:rPr>
                <w:szCs w:val="18"/>
              </w:rPr>
            </w:pPr>
            <w:r w:rsidRPr="00251807">
              <w:rPr>
                <w:color w:val="000000"/>
                <w:szCs w:val="18"/>
              </w:rPr>
              <w:t>$</w:t>
            </w:r>
          </w:p>
        </w:tc>
        <w:tc>
          <w:tcPr>
            <w:tcW w:w="1798" w:type="dxa"/>
          </w:tcPr>
          <w:p w14:paraId="36FAAEFF" w14:textId="77777777" w:rsidR="00CA6D24" w:rsidRPr="00251807" w:rsidRDefault="00CA6D24" w:rsidP="00CA6D24">
            <w:pPr>
              <w:rPr>
                <w:szCs w:val="18"/>
              </w:rPr>
            </w:pPr>
            <w:r w:rsidRPr="00251807">
              <w:rPr>
                <w:color w:val="000000"/>
                <w:szCs w:val="18"/>
              </w:rPr>
              <w:t>$</w:t>
            </w:r>
          </w:p>
        </w:tc>
      </w:tr>
      <w:tr w:rsidR="00CA6D24" w14:paraId="5E3A4ACB" w14:textId="7C8B144E" w:rsidTr="00CA6D24">
        <w:trPr>
          <w:trHeight w:val="419"/>
        </w:trPr>
        <w:tc>
          <w:tcPr>
            <w:tcW w:w="3420" w:type="dxa"/>
          </w:tcPr>
          <w:p w14:paraId="58829B1C" w14:textId="77777777" w:rsidR="00CA6D24" w:rsidRPr="00251807" w:rsidRDefault="00CA6D24" w:rsidP="00CA6D24">
            <w:pPr>
              <w:rPr>
                <w:szCs w:val="18"/>
              </w:rPr>
            </w:pPr>
            <w:r w:rsidRPr="00251807">
              <w:rPr>
                <w:color w:val="000000"/>
                <w:szCs w:val="18"/>
              </w:rPr>
              <w:t>Travel &amp; Accommodation</w:t>
            </w:r>
          </w:p>
        </w:tc>
        <w:tc>
          <w:tcPr>
            <w:tcW w:w="1800" w:type="dxa"/>
          </w:tcPr>
          <w:p w14:paraId="25855611" w14:textId="77777777" w:rsidR="00CA6D24" w:rsidRPr="00251807" w:rsidRDefault="00CA6D24" w:rsidP="00CA6D24">
            <w:pPr>
              <w:rPr>
                <w:szCs w:val="18"/>
              </w:rPr>
            </w:pPr>
            <w:r w:rsidRPr="00251807">
              <w:rPr>
                <w:color w:val="000000"/>
                <w:szCs w:val="18"/>
              </w:rPr>
              <w:t>$</w:t>
            </w:r>
          </w:p>
        </w:tc>
        <w:tc>
          <w:tcPr>
            <w:tcW w:w="1620" w:type="dxa"/>
          </w:tcPr>
          <w:p w14:paraId="583409FC" w14:textId="4B60BBDC" w:rsidR="00CA6D24" w:rsidRPr="00251807" w:rsidRDefault="00CA6D24" w:rsidP="00CA6D24">
            <w:pPr>
              <w:rPr>
                <w:color w:val="000000"/>
                <w:szCs w:val="18"/>
              </w:rPr>
            </w:pPr>
            <w:r w:rsidRPr="00251807">
              <w:rPr>
                <w:color w:val="000000"/>
                <w:szCs w:val="18"/>
              </w:rPr>
              <w:t>$</w:t>
            </w:r>
          </w:p>
        </w:tc>
        <w:tc>
          <w:tcPr>
            <w:tcW w:w="1710" w:type="dxa"/>
          </w:tcPr>
          <w:p w14:paraId="07439C4D" w14:textId="06F74C3A" w:rsidR="00CA6D24" w:rsidRPr="00251807" w:rsidRDefault="00CA6D24" w:rsidP="00CA6D24">
            <w:pPr>
              <w:rPr>
                <w:szCs w:val="18"/>
              </w:rPr>
            </w:pPr>
            <w:r w:rsidRPr="00251807">
              <w:rPr>
                <w:color w:val="000000"/>
                <w:szCs w:val="18"/>
              </w:rPr>
              <w:t>$</w:t>
            </w:r>
          </w:p>
        </w:tc>
        <w:tc>
          <w:tcPr>
            <w:tcW w:w="1798" w:type="dxa"/>
          </w:tcPr>
          <w:p w14:paraId="47CFEC72" w14:textId="77777777" w:rsidR="00CA6D24" w:rsidRPr="00251807" w:rsidRDefault="00CA6D24" w:rsidP="00CA6D24">
            <w:pPr>
              <w:rPr>
                <w:szCs w:val="18"/>
              </w:rPr>
            </w:pPr>
            <w:r w:rsidRPr="00251807">
              <w:rPr>
                <w:color w:val="000000"/>
                <w:szCs w:val="18"/>
              </w:rPr>
              <w:t>$</w:t>
            </w:r>
          </w:p>
        </w:tc>
      </w:tr>
      <w:tr w:rsidR="00CA6D24" w14:paraId="6C90D5DD" w14:textId="7FF3C6AB" w:rsidTr="00CA6D24">
        <w:trPr>
          <w:trHeight w:val="398"/>
        </w:trPr>
        <w:tc>
          <w:tcPr>
            <w:tcW w:w="3420" w:type="dxa"/>
          </w:tcPr>
          <w:p w14:paraId="7D542AF4" w14:textId="77777777" w:rsidR="00CA6D24" w:rsidRPr="00251807" w:rsidRDefault="00CA6D24" w:rsidP="00CA6D24">
            <w:pPr>
              <w:rPr>
                <w:szCs w:val="18"/>
              </w:rPr>
            </w:pPr>
            <w:r w:rsidRPr="00251807">
              <w:rPr>
                <w:color w:val="000000"/>
                <w:szCs w:val="18"/>
              </w:rPr>
              <w:t>Faculty / Facilitator Costs</w:t>
            </w:r>
          </w:p>
        </w:tc>
        <w:tc>
          <w:tcPr>
            <w:tcW w:w="1800" w:type="dxa"/>
          </w:tcPr>
          <w:p w14:paraId="2100D159" w14:textId="77777777" w:rsidR="00CA6D24" w:rsidRPr="00251807" w:rsidRDefault="00CA6D24" w:rsidP="00CA6D24">
            <w:pPr>
              <w:rPr>
                <w:szCs w:val="18"/>
              </w:rPr>
            </w:pPr>
            <w:r w:rsidRPr="00251807">
              <w:rPr>
                <w:color w:val="000000"/>
                <w:szCs w:val="18"/>
              </w:rPr>
              <w:t>$</w:t>
            </w:r>
          </w:p>
        </w:tc>
        <w:tc>
          <w:tcPr>
            <w:tcW w:w="1620" w:type="dxa"/>
          </w:tcPr>
          <w:p w14:paraId="662C7504" w14:textId="5913D717" w:rsidR="00CA6D24" w:rsidRPr="00251807" w:rsidRDefault="00CA6D24" w:rsidP="00CA6D24">
            <w:pPr>
              <w:rPr>
                <w:color w:val="000000"/>
                <w:szCs w:val="18"/>
              </w:rPr>
            </w:pPr>
            <w:r w:rsidRPr="00251807">
              <w:rPr>
                <w:color w:val="000000"/>
                <w:szCs w:val="18"/>
              </w:rPr>
              <w:t>$</w:t>
            </w:r>
          </w:p>
        </w:tc>
        <w:tc>
          <w:tcPr>
            <w:tcW w:w="1710" w:type="dxa"/>
          </w:tcPr>
          <w:p w14:paraId="376BFCCE" w14:textId="5F6FFC3C" w:rsidR="00CA6D24" w:rsidRPr="00251807" w:rsidRDefault="00CA6D24" w:rsidP="00CA6D24">
            <w:pPr>
              <w:rPr>
                <w:szCs w:val="18"/>
              </w:rPr>
            </w:pPr>
            <w:r w:rsidRPr="00251807">
              <w:rPr>
                <w:color w:val="000000"/>
                <w:szCs w:val="18"/>
              </w:rPr>
              <w:t>$</w:t>
            </w:r>
          </w:p>
        </w:tc>
        <w:tc>
          <w:tcPr>
            <w:tcW w:w="1798" w:type="dxa"/>
          </w:tcPr>
          <w:p w14:paraId="44CE2A86" w14:textId="77777777" w:rsidR="00CA6D24" w:rsidRPr="00251807" w:rsidRDefault="00CA6D24" w:rsidP="00CA6D24">
            <w:pPr>
              <w:rPr>
                <w:szCs w:val="18"/>
              </w:rPr>
            </w:pPr>
            <w:r w:rsidRPr="00251807">
              <w:rPr>
                <w:color w:val="000000"/>
                <w:szCs w:val="18"/>
              </w:rPr>
              <w:t>$</w:t>
            </w:r>
          </w:p>
        </w:tc>
      </w:tr>
      <w:tr w:rsidR="00CA6D24" w14:paraId="60D95D05" w14:textId="5B36F1C3" w:rsidTr="00CA6D24">
        <w:trPr>
          <w:trHeight w:val="491"/>
        </w:trPr>
        <w:tc>
          <w:tcPr>
            <w:tcW w:w="3420" w:type="dxa"/>
          </w:tcPr>
          <w:p w14:paraId="0B696438" w14:textId="77777777" w:rsidR="00CA6D24" w:rsidRPr="00251807" w:rsidRDefault="00CA6D24" w:rsidP="00CA6D24">
            <w:pPr>
              <w:rPr>
                <w:szCs w:val="18"/>
              </w:rPr>
            </w:pPr>
            <w:r w:rsidRPr="00251807">
              <w:rPr>
                <w:color w:val="000000"/>
                <w:szCs w:val="18"/>
              </w:rPr>
              <w:t>CEPD / Accreditation Costs</w:t>
            </w:r>
          </w:p>
        </w:tc>
        <w:tc>
          <w:tcPr>
            <w:tcW w:w="1800" w:type="dxa"/>
          </w:tcPr>
          <w:p w14:paraId="65365F3B" w14:textId="77777777" w:rsidR="00CA6D24" w:rsidRPr="00251807" w:rsidRDefault="00CA6D24" w:rsidP="00CA6D24">
            <w:pPr>
              <w:rPr>
                <w:szCs w:val="18"/>
              </w:rPr>
            </w:pPr>
            <w:r w:rsidRPr="00251807">
              <w:rPr>
                <w:color w:val="000000"/>
                <w:szCs w:val="18"/>
              </w:rPr>
              <w:t>$</w:t>
            </w:r>
          </w:p>
        </w:tc>
        <w:tc>
          <w:tcPr>
            <w:tcW w:w="1620" w:type="dxa"/>
          </w:tcPr>
          <w:p w14:paraId="49AB157D" w14:textId="692F63F8" w:rsidR="00CA6D24" w:rsidRPr="00251807" w:rsidRDefault="00CA6D24" w:rsidP="00CA6D24">
            <w:pPr>
              <w:rPr>
                <w:color w:val="000000"/>
                <w:szCs w:val="18"/>
              </w:rPr>
            </w:pPr>
            <w:r w:rsidRPr="00251807">
              <w:rPr>
                <w:color w:val="000000"/>
                <w:szCs w:val="18"/>
              </w:rPr>
              <w:t>$</w:t>
            </w:r>
          </w:p>
        </w:tc>
        <w:tc>
          <w:tcPr>
            <w:tcW w:w="1710" w:type="dxa"/>
          </w:tcPr>
          <w:p w14:paraId="71F03EAF" w14:textId="529217E2" w:rsidR="00CA6D24" w:rsidRPr="00251807" w:rsidRDefault="00CA6D24" w:rsidP="00CA6D24">
            <w:pPr>
              <w:rPr>
                <w:szCs w:val="18"/>
              </w:rPr>
            </w:pPr>
            <w:r w:rsidRPr="00251807">
              <w:rPr>
                <w:color w:val="000000"/>
                <w:szCs w:val="18"/>
              </w:rPr>
              <w:t>$</w:t>
            </w:r>
          </w:p>
        </w:tc>
        <w:tc>
          <w:tcPr>
            <w:tcW w:w="1798" w:type="dxa"/>
          </w:tcPr>
          <w:p w14:paraId="28A1C121" w14:textId="77777777" w:rsidR="00CA6D24" w:rsidRPr="00251807" w:rsidRDefault="00CA6D24" w:rsidP="00CA6D24">
            <w:pPr>
              <w:rPr>
                <w:szCs w:val="18"/>
              </w:rPr>
            </w:pPr>
            <w:r w:rsidRPr="00251807">
              <w:rPr>
                <w:color w:val="000000"/>
                <w:szCs w:val="18"/>
              </w:rPr>
              <w:t>$</w:t>
            </w:r>
          </w:p>
        </w:tc>
      </w:tr>
      <w:tr w:rsidR="00CA6D24" w14:paraId="3C5B1DDC" w14:textId="38EE9C8F" w:rsidTr="00CA6D24">
        <w:trPr>
          <w:trHeight w:val="496"/>
        </w:trPr>
        <w:tc>
          <w:tcPr>
            <w:tcW w:w="3420" w:type="dxa"/>
          </w:tcPr>
          <w:p w14:paraId="0DD28008" w14:textId="77777777" w:rsidR="00CA6D24" w:rsidRPr="00251807" w:rsidRDefault="00CA6D24" w:rsidP="00CA6D24">
            <w:pPr>
              <w:rPr>
                <w:szCs w:val="18"/>
              </w:rPr>
            </w:pPr>
            <w:r w:rsidRPr="00251807">
              <w:rPr>
                <w:color w:val="000000"/>
                <w:szCs w:val="18"/>
              </w:rPr>
              <w:t>Materials / Technology</w:t>
            </w:r>
          </w:p>
        </w:tc>
        <w:tc>
          <w:tcPr>
            <w:tcW w:w="1800" w:type="dxa"/>
          </w:tcPr>
          <w:p w14:paraId="5F866601" w14:textId="77777777" w:rsidR="00CA6D24" w:rsidRPr="00251807" w:rsidRDefault="00CA6D24" w:rsidP="00CA6D24">
            <w:pPr>
              <w:rPr>
                <w:szCs w:val="18"/>
              </w:rPr>
            </w:pPr>
            <w:r w:rsidRPr="00251807">
              <w:rPr>
                <w:color w:val="000000"/>
                <w:szCs w:val="18"/>
              </w:rPr>
              <w:t>$</w:t>
            </w:r>
          </w:p>
        </w:tc>
        <w:tc>
          <w:tcPr>
            <w:tcW w:w="1620" w:type="dxa"/>
          </w:tcPr>
          <w:p w14:paraId="764B6960" w14:textId="5A1B2065" w:rsidR="00CA6D24" w:rsidRPr="00251807" w:rsidRDefault="00CA6D24" w:rsidP="00CA6D24">
            <w:pPr>
              <w:rPr>
                <w:color w:val="000000"/>
                <w:szCs w:val="18"/>
              </w:rPr>
            </w:pPr>
            <w:r w:rsidRPr="00251807">
              <w:rPr>
                <w:color w:val="000000"/>
                <w:szCs w:val="18"/>
              </w:rPr>
              <w:t>$</w:t>
            </w:r>
          </w:p>
        </w:tc>
        <w:tc>
          <w:tcPr>
            <w:tcW w:w="1710" w:type="dxa"/>
          </w:tcPr>
          <w:p w14:paraId="42042FEC" w14:textId="436434D3" w:rsidR="00CA6D24" w:rsidRPr="00251807" w:rsidRDefault="00CA6D24" w:rsidP="00CA6D24">
            <w:pPr>
              <w:rPr>
                <w:szCs w:val="18"/>
              </w:rPr>
            </w:pPr>
            <w:r w:rsidRPr="00251807">
              <w:rPr>
                <w:color w:val="000000"/>
                <w:szCs w:val="18"/>
              </w:rPr>
              <w:t>$</w:t>
            </w:r>
          </w:p>
        </w:tc>
        <w:tc>
          <w:tcPr>
            <w:tcW w:w="1798" w:type="dxa"/>
          </w:tcPr>
          <w:p w14:paraId="35AF385E" w14:textId="77777777" w:rsidR="00CA6D24" w:rsidRPr="00251807" w:rsidRDefault="00CA6D24" w:rsidP="00CA6D24">
            <w:pPr>
              <w:rPr>
                <w:szCs w:val="18"/>
              </w:rPr>
            </w:pPr>
            <w:r w:rsidRPr="00251807">
              <w:rPr>
                <w:color w:val="000000"/>
                <w:szCs w:val="18"/>
              </w:rPr>
              <w:t>$</w:t>
            </w:r>
          </w:p>
        </w:tc>
      </w:tr>
      <w:tr w:rsidR="00CA6D24" w14:paraId="32219201" w14:textId="4DB03DED" w:rsidTr="00CA6D24">
        <w:trPr>
          <w:trHeight w:val="418"/>
        </w:trPr>
        <w:tc>
          <w:tcPr>
            <w:tcW w:w="3420" w:type="dxa"/>
          </w:tcPr>
          <w:p w14:paraId="0E956734" w14:textId="77777777" w:rsidR="00CA6D24" w:rsidRPr="00251807" w:rsidRDefault="00CA6D24" w:rsidP="00CA6D24">
            <w:pPr>
              <w:rPr>
                <w:szCs w:val="18"/>
              </w:rPr>
            </w:pPr>
            <w:r w:rsidRPr="00251807">
              <w:rPr>
                <w:color w:val="000000"/>
                <w:szCs w:val="18"/>
              </w:rPr>
              <w:t>Other (specify)</w:t>
            </w:r>
          </w:p>
        </w:tc>
        <w:tc>
          <w:tcPr>
            <w:tcW w:w="1800" w:type="dxa"/>
          </w:tcPr>
          <w:p w14:paraId="14A4E70C" w14:textId="77777777" w:rsidR="00CA6D24" w:rsidRPr="00251807" w:rsidRDefault="00CA6D24" w:rsidP="00CA6D24">
            <w:pPr>
              <w:rPr>
                <w:szCs w:val="18"/>
              </w:rPr>
            </w:pPr>
            <w:r w:rsidRPr="00251807">
              <w:rPr>
                <w:color w:val="000000"/>
                <w:szCs w:val="18"/>
              </w:rPr>
              <w:t>$</w:t>
            </w:r>
          </w:p>
        </w:tc>
        <w:tc>
          <w:tcPr>
            <w:tcW w:w="1620" w:type="dxa"/>
          </w:tcPr>
          <w:p w14:paraId="699A5725" w14:textId="5DB6B3D5" w:rsidR="00CA6D24" w:rsidRPr="00251807" w:rsidRDefault="00CA6D24" w:rsidP="00CA6D24">
            <w:pPr>
              <w:rPr>
                <w:color w:val="000000"/>
                <w:szCs w:val="18"/>
              </w:rPr>
            </w:pPr>
            <w:r w:rsidRPr="00251807">
              <w:rPr>
                <w:color w:val="000000"/>
                <w:szCs w:val="18"/>
              </w:rPr>
              <w:t>$</w:t>
            </w:r>
          </w:p>
        </w:tc>
        <w:tc>
          <w:tcPr>
            <w:tcW w:w="1710" w:type="dxa"/>
          </w:tcPr>
          <w:p w14:paraId="154070D5" w14:textId="46168934" w:rsidR="00CA6D24" w:rsidRPr="00251807" w:rsidRDefault="00CA6D24" w:rsidP="00CA6D24">
            <w:pPr>
              <w:rPr>
                <w:szCs w:val="18"/>
              </w:rPr>
            </w:pPr>
            <w:r w:rsidRPr="00251807">
              <w:rPr>
                <w:color w:val="000000"/>
                <w:szCs w:val="18"/>
              </w:rPr>
              <w:t>$</w:t>
            </w:r>
          </w:p>
        </w:tc>
        <w:tc>
          <w:tcPr>
            <w:tcW w:w="1798" w:type="dxa"/>
          </w:tcPr>
          <w:p w14:paraId="64355B11" w14:textId="77777777" w:rsidR="00CA6D24" w:rsidRPr="00251807" w:rsidRDefault="00CA6D24" w:rsidP="00CA6D24">
            <w:pPr>
              <w:rPr>
                <w:szCs w:val="18"/>
              </w:rPr>
            </w:pPr>
            <w:r w:rsidRPr="00251807">
              <w:rPr>
                <w:color w:val="000000"/>
                <w:szCs w:val="18"/>
              </w:rPr>
              <w:t>$</w:t>
            </w:r>
          </w:p>
        </w:tc>
      </w:tr>
      <w:tr w:rsidR="00CA6D24" w14:paraId="4EA9DF17" w14:textId="484A1EBF" w:rsidTr="00CA6D24">
        <w:trPr>
          <w:trHeight w:val="423"/>
        </w:trPr>
        <w:tc>
          <w:tcPr>
            <w:tcW w:w="3420" w:type="dxa"/>
          </w:tcPr>
          <w:p w14:paraId="4CEAEEEE" w14:textId="77777777" w:rsidR="00CA6D24" w:rsidRPr="00251807" w:rsidRDefault="00CA6D24" w:rsidP="00CA6D24">
            <w:pPr>
              <w:rPr>
                <w:szCs w:val="18"/>
              </w:rPr>
            </w:pPr>
            <w:r w:rsidRPr="00251807">
              <w:rPr>
                <w:b/>
                <w:color w:val="000000"/>
                <w:szCs w:val="18"/>
              </w:rPr>
              <w:t>TOTAL</w:t>
            </w:r>
          </w:p>
        </w:tc>
        <w:tc>
          <w:tcPr>
            <w:tcW w:w="1800" w:type="dxa"/>
          </w:tcPr>
          <w:p w14:paraId="6BDCEDA2" w14:textId="77777777" w:rsidR="00CA6D24" w:rsidRPr="00251807" w:rsidRDefault="00CA6D24" w:rsidP="00CA6D24">
            <w:pPr>
              <w:rPr>
                <w:szCs w:val="18"/>
              </w:rPr>
            </w:pPr>
            <w:r w:rsidRPr="00251807">
              <w:rPr>
                <w:b/>
                <w:color w:val="000000"/>
                <w:szCs w:val="18"/>
              </w:rPr>
              <w:t>$</w:t>
            </w:r>
          </w:p>
        </w:tc>
        <w:tc>
          <w:tcPr>
            <w:tcW w:w="1620" w:type="dxa"/>
          </w:tcPr>
          <w:p w14:paraId="756F0AD0" w14:textId="451DD6DC" w:rsidR="00CA6D24" w:rsidRPr="00251807" w:rsidRDefault="00CA6D24" w:rsidP="00CA6D24">
            <w:pPr>
              <w:rPr>
                <w:b/>
                <w:color w:val="000000"/>
                <w:szCs w:val="18"/>
              </w:rPr>
            </w:pPr>
            <w:r w:rsidRPr="00251807">
              <w:rPr>
                <w:b/>
                <w:color w:val="000000"/>
                <w:szCs w:val="18"/>
              </w:rPr>
              <w:t>$</w:t>
            </w:r>
          </w:p>
        </w:tc>
        <w:tc>
          <w:tcPr>
            <w:tcW w:w="1710" w:type="dxa"/>
          </w:tcPr>
          <w:p w14:paraId="15956381" w14:textId="610E1CAD" w:rsidR="00CA6D24" w:rsidRPr="00251807" w:rsidRDefault="00CA6D24" w:rsidP="00CA6D24">
            <w:pPr>
              <w:rPr>
                <w:szCs w:val="18"/>
              </w:rPr>
            </w:pPr>
            <w:r w:rsidRPr="00251807">
              <w:rPr>
                <w:b/>
                <w:color w:val="000000"/>
                <w:szCs w:val="18"/>
              </w:rPr>
              <w:t>$</w:t>
            </w:r>
          </w:p>
        </w:tc>
        <w:tc>
          <w:tcPr>
            <w:tcW w:w="1798" w:type="dxa"/>
          </w:tcPr>
          <w:p w14:paraId="1F1704E3" w14:textId="77777777" w:rsidR="00CA6D24" w:rsidRPr="00251807" w:rsidRDefault="00CA6D24" w:rsidP="00CA6D24">
            <w:pPr>
              <w:rPr>
                <w:szCs w:val="18"/>
              </w:rPr>
            </w:pPr>
            <w:r w:rsidRPr="00251807">
              <w:rPr>
                <w:b/>
                <w:color w:val="000000"/>
                <w:szCs w:val="18"/>
              </w:rPr>
              <w:t>$</w:t>
            </w:r>
          </w:p>
        </w:tc>
      </w:tr>
    </w:tbl>
    <w:p w14:paraId="65E05F4D" w14:textId="0A9526DE" w:rsidR="004879AC" w:rsidRDefault="004879AC">
      <w:pPr>
        <w:spacing w:before="100" w:after="40"/>
      </w:pPr>
    </w:p>
    <w:tbl>
      <w:tblPr>
        <w:tblW w:w="0" w:type="auto"/>
        <w:jc w:val="center"/>
        <w:tblLayout w:type="fixed"/>
        <w:tblLook w:val="04A0" w:firstRow="1" w:lastRow="0" w:firstColumn="1" w:lastColumn="0" w:noHBand="0" w:noVBand="1"/>
      </w:tblPr>
      <w:tblGrid>
        <w:gridCol w:w="10312"/>
      </w:tblGrid>
      <w:tr w:rsidR="0065645B" w14:paraId="19A45E06" w14:textId="77777777" w:rsidTr="00F04DA2">
        <w:trPr>
          <w:jc w:val="center"/>
        </w:trPr>
        <w:tc>
          <w:tcPr>
            <w:tcW w:w="10312" w:type="dxa"/>
            <w:tcBorders>
              <w:top w:val="single" w:sz="6" w:space="0" w:color="A6A6A6"/>
              <w:left w:val="single" w:sz="6" w:space="0" w:color="A6A6A6"/>
              <w:bottom w:val="single" w:sz="6" w:space="0" w:color="A6A6A6"/>
              <w:right w:val="single" w:sz="6" w:space="0" w:color="A6A6A6"/>
            </w:tcBorders>
            <w:shd w:val="clear" w:color="auto" w:fill="E7E6E6"/>
            <w:tcMar>
              <w:top w:w="70" w:type="dxa"/>
              <w:left w:w="90" w:type="dxa"/>
              <w:bottom w:w="70" w:type="dxa"/>
              <w:right w:w="90" w:type="dxa"/>
            </w:tcMar>
          </w:tcPr>
          <w:p w14:paraId="23AC0764" w14:textId="7305BD25" w:rsidR="0065645B" w:rsidRPr="00F04DA2" w:rsidRDefault="0065645B" w:rsidP="00852A3A">
            <w:pPr>
              <w:spacing w:after="0"/>
              <w:rPr>
                <w:b/>
                <w:bCs/>
              </w:rPr>
            </w:pPr>
            <w:r w:rsidRPr="00F04DA2">
              <w:rPr>
                <w:b/>
                <w:bCs/>
              </w:rPr>
              <w:t>6. Budget Notes / Cost Containment – If applicable</w:t>
            </w:r>
          </w:p>
        </w:tc>
      </w:tr>
      <w:tr w:rsidR="0065645B" w14:paraId="675883BE" w14:textId="77777777" w:rsidTr="00F04DA2">
        <w:trPr>
          <w:jc w:val="center"/>
        </w:trPr>
        <w:tc>
          <w:tcPr>
            <w:tcW w:w="10312" w:type="dxa"/>
            <w:tcBorders>
              <w:top w:val="single" w:sz="6" w:space="0" w:color="A6A6A6"/>
              <w:left w:val="single" w:sz="6" w:space="0" w:color="A6A6A6"/>
              <w:bottom w:val="single" w:sz="6" w:space="0" w:color="A6A6A6"/>
              <w:right w:val="single" w:sz="6" w:space="0" w:color="A6A6A6"/>
            </w:tcBorders>
            <w:tcMar>
              <w:top w:w="70" w:type="dxa"/>
              <w:left w:w="90" w:type="dxa"/>
              <w:bottom w:w="70" w:type="dxa"/>
              <w:right w:w="90" w:type="dxa"/>
            </w:tcMar>
          </w:tcPr>
          <w:p w14:paraId="1229373B" w14:textId="4BCE6277" w:rsidR="0065645B" w:rsidRPr="0065645B" w:rsidRDefault="0065645B" w:rsidP="0065645B">
            <w:pPr>
              <w:spacing w:after="0"/>
              <w:rPr>
                <w:bCs/>
                <w:color w:val="808080" w:themeColor="background1" w:themeShade="80"/>
                <w:sz w:val="16"/>
                <w:szCs w:val="16"/>
              </w:rPr>
            </w:pPr>
            <w:r w:rsidRPr="0065645B">
              <w:rPr>
                <w:bCs/>
                <w:color w:val="808080" w:themeColor="background1" w:themeShade="80"/>
                <w:sz w:val="16"/>
                <w:szCs w:val="16"/>
              </w:rPr>
              <w:t>Provide any assumptions, significant cost details, or opportunities considered to contain costs.</w:t>
            </w:r>
          </w:p>
          <w:p w14:paraId="523890EC" w14:textId="77777777" w:rsidR="0065645B" w:rsidRDefault="0065645B" w:rsidP="00852A3A">
            <w:pPr>
              <w:spacing w:after="0" w:line="240" w:lineRule="auto"/>
            </w:pPr>
          </w:p>
          <w:p w14:paraId="5F1C9A4E" w14:textId="77777777" w:rsidR="0065645B" w:rsidRDefault="0065645B" w:rsidP="00852A3A">
            <w:pPr>
              <w:spacing w:after="0" w:line="240" w:lineRule="auto"/>
            </w:pPr>
          </w:p>
        </w:tc>
      </w:tr>
    </w:tbl>
    <w:p w14:paraId="3A808514" w14:textId="77777777" w:rsidR="004879AC" w:rsidRDefault="004879AC">
      <w:pPr>
        <w:spacing w:after="20"/>
      </w:pPr>
    </w:p>
    <w:p w14:paraId="6F7E28C1" w14:textId="77777777" w:rsidR="004879AC" w:rsidRDefault="00A46949">
      <w:pPr>
        <w:spacing w:after="120"/>
      </w:pPr>
      <w:r>
        <w:t>I confirm that the information provided is accurate and that the Section supports this request. Approved funds will be used only for the purposes described in the application and administered through the identified fund manager / organization.</w:t>
      </w:r>
    </w:p>
    <w:tbl>
      <w:tblPr>
        <w:tblW w:w="0" w:type="auto"/>
        <w:jc w:val="center"/>
        <w:tblLayout w:type="fixed"/>
        <w:tblLook w:val="04A0" w:firstRow="1" w:lastRow="0" w:firstColumn="1" w:lastColumn="0" w:noHBand="0" w:noVBand="1"/>
      </w:tblPr>
      <w:tblGrid>
        <w:gridCol w:w="3212"/>
        <w:gridCol w:w="7180"/>
      </w:tblGrid>
      <w:tr w:rsidR="004879AC" w14:paraId="516C827A" w14:textId="77777777" w:rsidTr="00F04DA2">
        <w:trPr>
          <w:jc w:val="center"/>
        </w:trPr>
        <w:tc>
          <w:tcPr>
            <w:tcW w:w="3212" w:type="dxa"/>
            <w:tcBorders>
              <w:top w:val="single" w:sz="6" w:space="0" w:color="A6A6A6"/>
              <w:left w:val="single" w:sz="6" w:space="0" w:color="A6A6A6"/>
              <w:bottom w:val="single" w:sz="6" w:space="0" w:color="A6A6A6"/>
              <w:right w:val="single" w:sz="6" w:space="0" w:color="A6A6A6"/>
            </w:tcBorders>
            <w:shd w:val="clear" w:color="auto" w:fill="E7E6E6"/>
            <w:tcMar>
              <w:top w:w="70" w:type="dxa"/>
              <w:left w:w="90" w:type="dxa"/>
              <w:bottom w:w="70" w:type="dxa"/>
              <w:right w:w="90" w:type="dxa"/>
            </w:tcMar>
          </w:tcPr>
          <w:p w14:paraId="55EE61CF" w14:textId="77777777" w:rsidR="004879AC" w:rsidRDefault="00A46949">
            <w:pPr>
              <w:spacing w:after="0"/>
            </w:pPr>
            <w:r>
              <w:rPr>
                <w:b/>
                <w:color w:val="000000"/>
              </w:rPr>
              <w:t>Section Chair / Delegate Signature</w:t>
            </w:r>
          </w:p>
        </w:tc>
        <w:tc>
          <w:tcPr>
            <w:tcW w:w="7180" w:type="dxa"/>
            <w:tcBorders>
              <w:top w:val="single" w:sz="6" w:space="0" w:color="A6A6A6"/>
              <w:left w:val="single" w:sz="6" w:space="0" w:color="A6A6A6"/>
              <w:bottom w:val="single" w:sz="6" w:space="0" w:color="A6A6A6"/>
              <w:right w:val="single" w:sz="6" w:space="0" w:color="A6A6A6"/>
            </w:tcBorders>
            <w:tcMar>
              <w:top w:w="70" w:type="dxa"/>
              <w:left w:w="90" w:type="dxa"/>
              <w:bottom w:w="70" w:type="dxa"/>
              <w:right w:w="90" w:type="dxa"/>
            </w:tcMar>
          </w:tcPr>
          <w:p w14:paraId="352B190B" w14:textId="77777777" w:rsidR="004879AC" w:rsidRDefault="004879AC">
            <w:pPr>
              <w:spacing w:after="0"/>
            </w:pPr>
          </w:p>
        </w:tc>
      </w:tr>
      <w:tr w:rsidR="004879AC" w14:paraId="4DEC921A" w14:textId="77777777" w:rsidTr="00F04DA2">
        <w:trPr>
          <w:jc w:val="center"/>
        </w:trPr>
        <w:tc>
          <w:tcPr>
            <w:tcW w:w="3212" w:type="dxa"/>
            <w:tcBorders>
              <w:top w:val="single" w:sz="6" w:space="0" w:color="A6A6A6"/>
              <w:left w:val="single" w:sz="6" w:space="0" w:color="A6A6A6"/>
              <w:bottom w:val="single" w:sz="6" w:space="0" w:color="A6A6A6"/>
              <w:right w:val="single" w:sz="6" w:space="0" w:color="A6A6A6"/>
            </w:tcBorders>
            <w:shd w:val="clear" w:color="auto" w:fill="E7E6E6"/>
            <w:tcMar>
              <w:top w:w="70" w:type="dxa"/>
              <w:left w:w="90" w:type="dxa"/>
              <w:bottom w:w="70" w:type="dxa"/>
              <w:right w:w="90" w:type="dxa"/>
            </w:tcMar>
          </w:tcPr>
          <w:p w14:paraId="4AD66719" w14:textId="77777777" w:rsidR="004879AC" w:rsidRDefault="00A46949">
            <w:pPr>
              <w:spacing w:after="0"/>
            </w:pPr>
            <w:r>
              <w:rPr>
                <w:b/>
                <w:color w:val="000000"/>
              </w:rPr>
              <w:t>Date</w:t>
            </w:r>
          </w:p>
        </w:tc>
        <w:tc>
          <w:tcPr>
            <w:tcW w:w="7180" w:type="dxa"/>
            <w:tcBorders>
              <w:top w:val="single" w:sz="6" w:space="0" w:color="A6A6A6"/>
              <w:left w:val="single" w:sz="6" w:space="0" w:color="A6A6A6"/>
              <w:bottom w:val="single" w:sz="6" w:space="0" w:color="A6A6A6"/>
              <w:right w:val="single" w:sz="6" w:space="0" w:color="A6A6A6"/>
            </w:tcBorders>
            <w:tcMar>
              <w:top w:w="70" w:type="dxa"/>
              <w:left w:w="90" w:type="dxa"/>
              <w:bottom w:w="70" w:type="dxa"/>
              <w:right w:w="90" w:type="dxa"/>
            </w:tcMar>
          </w:tcPr>
          <w:p w14:paraId="1E3E0FB0" w14:textId="77777777" w:rsidR="004879AC" w:rsidRDefault="004879AC">
            <w:pPr>
              <w:spacing w:after="0"/>
            </w:pPr>
          </w:p>
        </w:tc>
      </w:tr>
    </w:tbl>
    <w:p w14:paraId="07ADCE02" w14:textId="77777777" w:rsidR="00CE4359" w:rsidRDefault="00CE4359"/>
    <w:sectPr w:rsidR="00CE4359" w:rsidSect="00034616">
      <w:headerReference w:type="default" r:id="rId8"/>
      <w:footerReference w:type="default" r:id="rId9"/>
      <w:pgSz w:w="12240" w:h="15840"/>
      <w:pgMar w:top="936" w:right="1008" w:bottom="864" w:left="1008" w:header="36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79AD8" w14:textId="77777777" w:rsidR="00A46949" w:rsidRDefault="00A46949">
      <w:pPr>
        <w:spacing w:after="0" w:line="240" w:lineRule="auto"/>
      </w:pPr>
      <w:r>
        <w:separator/>
      </w:r>
    </w:p>
  </w:endnote>
  <w:endnote w:type="continuationSeparator" w:id="0">
    <w:p w14:paraId="557169E9" w14:textId="77777777" w:rsidR="00A46949" w:rsidRDefault="00A469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06321" w14:textId="77777777" w:rsidR="004879AC" w:rsidRDefault="00A46949">
    <w:pPr>
      <w:pStyle w:val="Footer"/>
    </w:pPr>
    <w:r>
      <w:rPr>
        <w:color w:val="666666"/>
        <w:sz w:val="16"/>
      </w:rPr>
      <w:t>NOAMA Section Funding Application | Working Template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51B38" w14:textId="77777777" w:rsidR="00A46949" w:rsidRDefault="00A46949">
      <w:pPr>
        <w:spacing w:after="0" w:line="240" w:lineRule="auto"/>
      </w:pPr>
      <w:r>
        <w:separator/>
      </w:r>
    </w:p>
  </w:footnote>
  <w:footnote w:type="continuationSeparator" w:id="0">
    <w:p w14:paraId="533493BC" w14:textId="77777777" w:rsidR="00A46949" w:rsidRDefault="00A469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60C2A" w14:textId="77777777" w:rsidR="004879AC" w:rsidRDefault="00A46949">
    <w:pPr>
      <w:pStyle w:val="Header"/>
      <w:jc w:val="right"/>
    </w:pPr>
    <w:r>
      <w:rPr>
        <w:b/>
        <w:color w:val="404040"/>
      </w:rPr>
      <w:t>SF1</w:t>
    </w:r>
  </w:p>
  <w:p w14:paraId="0A3D88E5" w14:textId="77777777" w:rsidR="004879AC" w:rsidRDefault="00A46949">
    <w:r>
      <w:rPr>
        <w:noProof/>
      </w:rPr>
      <w:drawing>
        <wp:inline distT="0" distB="0" distL="0" distR="0" wp14:anchorId="72EA6D4F" wp14:editId="26705F92">
          <wp:extent cx="960120" cy="80967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ama_logo.png"/>
                  <pic:cNvPicPr/>
                </pic:nvPicPr>
                <pic:blipFill>
                  <a:blip r:embed="rId1"/>
                  <a:stretch>
                    <a:fillRect/>
                  </a:stretch>
                </pic:blipFill>
                <pic:spPr>
                  <a:xfrm>
                    <a:off x="0" y="0"/>
                    <a:ext cx="960120" cy="80967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94375633">
    <w:abstractNumId w:val="8"/>
  </w:num>
  <w:num w:numId="2" w16cid:durableId="1639532974">
    <w:abstractNumId w:val="6"/>
  </w:num>
  <w:num w:numId="3" w16cid:durableId="870343554">
    <w:abstractNumId w:val="5"/>
  </w:num>
  <w:num w:numId="4" w16cid:durableId="643775911">
    <w:abstractNumId w:val="4"/>
  </w:num>
  <w:num w:numId="5" w16cid:durableId="1842039074">
    <w:abstractNumId w:val="7"/>
  </w:num>
  <w:num w:numId="6" w16cid:durableId="462386744">
    <w:abstractNumId w:val="3"/>
  </w:num>
  <w:num w:numId="7" w16cid:durableId="793060925">
    <w:abstractNumId w:val="2"/>
  </w:num>
  <w:num w:numId="8" w16cid:durableId="2115861981">
    <w:abstractNumId w:val="1"/>
  </w:num>
  <w:num w:numId="9" w16cid:durableId="862210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51807"/>
    <w:rsid w:val="0029639D"/>
    <w:rsid w:val="00326F90"/>
    <w:rsid w:val="004879AC"/>
    <w:rsid w:val="0065645B"/>
    <w:rsid w:val="0073763B"/>
    <w:rsid w:val="00A46949"/>
    <w:rsid w:val="00AA1D8D"/>
    <w:rsid w:val="00B47730"/>
    <w:rsid w:val="00CA6D24"/>
    <w:rsid w:val="00CB0664"/>
    <w:rsid w:val="00CE4359"/>
    <w:rsid w:val="00CF2F84"/>
    <w:rsid w:val="00F04DA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DA850D"/>
  <w14:defaultImageDpi w14:val="300"/>
  <w15:docId w15:val="{7195E696-EFBF-46B0-A663-A23BF8AFC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TableGridLight">
    <w:name w:val="Grid Table Light"/>
    <w:basedOn w:val="TableNormal"/>
    <w:uiPriority w:val="99"/>
    <w:rsid w:val="002518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99"/>
    <w:rsid w:val="0065645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300</Words>
  <Characters>1713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Mark Facca</cp:lastModifiedBy>
  <cp:revision>2</cp:revision>
  <dcterms:created xsi:type="dcterms:W3CDTF">2026-09-14T13:55:00Z</dcterms:created>
  <dcterms:modified xsi:type="dcterms:W3CDTF">2026-09-14T13:55:00Z</dcterms:modified>
  <cp:category/>
</cp:coreProperties>
</file>